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A2458" w14:textId="5FA34419" w:rsidR="00AF260D" w:rsidRPr="007E2F8E" w:rsidRDefault="00000000" w:rsidP="00A92212">
      <w:pPr>
        <w:pStyle w:val="Tytu"/>
        <w:jc w:val="center"/>
        <w:rPr>
          <w:lang w:val="pl-PL"/>
        </w:rPr>
      </w:pPr>
      <w:r w:rsidRPr="007E2F8E">
        <w:rPr>
          <w:lang w:val="pl-PL"/>
        </w:rPr>
        <w:t>REGULAMIN SKLEPU</w:t>
      </w:r>
      <w:r w:rsidR="00A92212">
        <w:rPr>
          <w:lang w:val="pl-PL"/>
        </w:rPr>
        <w:t xml:space="preserve"> </w:t>
      </w:r>
      <w:r w:rsidRPr="007E2F8E">
        <w:rPr>
          <w:lang w:val="pl-PL"/>
        </w:rPr>
        <w:t>INTERNETOWEGO</w:t>
      </w:r>
    </w:p>
    <w:p w14:paraId="00512FDF" w14:textId="77777777" w:rsidR="00AF260D" w:rsidRPr="007E2F8E" w:rsidRDefault="00000000">
      <w:pPr>
        <w:jc w:val="center"/>
        <w:rPr>
          <w:lang w:val="pl-PL"/>
        </w:rPr>
      </w:pPr>
      <w:r w:rsidRPr="007E2F8E">
        <w:rPr>
          <w:b/>
          <w:lang w:val="pl-PL"/>
        </w:rPr>
        <w:t>Sklep: https://sklep.fundacja-veritas.pl</w:t>
      </w:r>
    </w:p>
    <w:tbl>
      <w:tblPr>
        <w:tblStyle w:val="Tabela-Siatka"/>
        <w:tblpPr w:leftFromText="141" w:rightFromText="141" w:vertAnchor="text" w:horzAnchor="margin" w:tblpY="1243"/>
        <w:tblW w:w="0" w:type="auto"/>
        <w:tblLook w:val="04A0" w:firstRow="1" w:lastRow="0" w:firstColumn="1" w:lastColumn="0" w:noHBand="0" w:noVBand="1"/>
      </w:tblPr>
      <w:tblGrid>
        <w:gridCol w:w="4679"/>
        <w:gridCol w:w="4679"/>
      </w:tblGrid>
      <w:tr w:rsidR="00A92212" w14:paraId="1C3343F7" w14:textId="77777777" w:rsidTr="000E2C62">
        <w:trPr>
          <w:trHeight w:val="271"/>
        </w:trPr>
        <w:tc>
          <w:tcPr>
            <w:tcW w:w="4679" w:type="dxa"/>
            <w:shd w:val="clear" w:color="auto" w:fill="E8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64E422" w14:textId="77777777" w:rsidR="00A92212" w:rsidRDefault="00A92212" w:rsidP="00A92212">
            <w:r>
              <w:rPr>
                <w:b/>
              </w:rPr>
              <w:t>Nazwa</w:t>
            </w:r>
          </w:p>
        </w:tc>
        <w:tc>
          <w:tcPr>
            <w:tcW w:w="467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90AC6A" w14:textId="77777777" w:rsidR="00A92212" w:rsidRDefault="00A92212" w:rsidP="00A92212">
            <w:r>
              <w:t>Fundacja Veritas</w:t>
            </w:r>
          </w:p>
        </w:tc>
      </w:tr>
      <w:tr w:rsidR="00A92212" w:rsidRPr="00FF419C" w14:paraId="604F40B2" w14:textId="77777777" w:rsidTr="000E2C62">
        <w:trPr>
          <w:trHeight w:val="340"/>
        </w:trPr>
        <w:tc>
          <w:tcPr>
            <w:tcW w:w="4679" w:type="dxa"/>
            <w:shd w:val="clear" w:color="auto" w:fill="E8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30C1B" w14:textId="77777777" w:rsidR="00A92212" w:rsidRDefault="00A92212" w:rsidP="00A92212">
            <w:r>
              <w:rPr>
                <w:b/>
              </w:rPr>
              <w:t>Adres</w:t>
            </w:r>
          </w:p>
        </w:tc>
        <w:tc>
          <w:tcPr>
            <w:tcW w:w="467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B45C8C" w14:textId="449DA7F8" w:rsidR="00A92212" w:rsidRPr="00785EF4" w:rsidRDefault="00A92212" w:rsidP="00A92212">
            <w:pPr>
              <w:rPr>
                <w:lang w:val="pl-PL"/>
              </w:rPr>
            </w:pPr>
            <w:r w:rsidRPr="00785EF4">
              <w:rPr>
                <w:lang w:val="pl-PL"/>
              </w:rPr>
              <w:t>ul. Skarbowców 23B</w:t>
            </w:r>
            <w:r w:rsidR="00785EF4" w:rsidRPr="00785EF4">
              <w:rPr>
                <w:lang w:val="pl-PL"/>
              </w:rPr>
              <w:t>/A1/014</w:t>
            </w:r>
            <w:r w:rsidRPr="00785EF4">
              <w:rPr>
                <w:lang w:val="pl-PL"/>
              </w:rPr>
              <w:t>, 53-025 Wrocław</w:t>
            </w:r>
          </w:p>
        </w:tc>
      </w:tr>
      <w:tr w:rsidR="00A92212" w14:paraId="59CE5718" w14:textId="77777777" w:rsidTr="000E2C62">
        <w:trPr>
          <w:trHeight w:val="329"/>
        </w:trPr>
        <w:tc>
          <w:tcPr>
            <w:tcW w:w="4679" w:type="dxa"/>
            <w:shd w:val="clear" w:color="auto" w:fill="E8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71E4B3" w14:textId="77777777" w:rsidR="00A92212" w:rsidRDefault="00A92212" w:rsidP="00A92212">
            <w:r>
              <w:rPr>
                <w:b/>
              </w:rPr>
              <w:t>KRS</w:t>
            </w:r>
          </w:p>
        </w:tc>
        <w:tc>
          <w:tcPr>
            <w:tcW w:w="467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5F806B" w14:textId="77777777" w:rsidR="00A92212" w:rsidRDefault="00A92212" w:rsidP="00A92212">
            <w:r>
              <w:t>0000784405</w:t>
            </w:r>
          </w:p>
        </w:tc>
      </w:tr>
      <w:tr w:rsidR="00A92212" w14:paraId="3920C9BA" w14:textId="77777777" w:rsidTr="000E2C62">
        <w:trPr>
          <w:trHeight w:val="340"/>
        </w:trPr>
        <w:tc>
          <w:tcPr>
            <w:tcW w:w="4679" w:type="dxa"/>
            <w:shd w:val="clear" w:color="auto" w:fill="E8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F025D5" w14:textId="77777777" w:rsidR="00A92212" w:rsidRDefault="00A92212" w:rsidP="00A92212">
            <w:r>
              <w:rPr>
                <w:b/>
              </w:rPr>
              <w:t>NIP</w:t>
            </w:r>
          </w:p>
        </w:tc>
        <w:tc>
          <w:tcPr>
            <w:tcW w:w="467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E84EB9" w14:textId="77777777" w:rsidR="00A92212" w:rsidRDefault="00A92212" w:rsidP="00A92212">
            <w:r>
              <w:t>899-286-19-84</w:t>
            </w:r>
          </w:p>
        </w:tc>
      </w:tr>
      <w:tr w:rsidR="00A92212" w14:paraId="6C2C3413" w14:textId="77777777" w:rsidTr="000E2C62">
        <w:trPr>
          <w:trHeight w:val="340"/>
        </w:trPr>
        <w:tc>
          <w:tcPr>
            <w:tcW w:w="4679" w:type="dxa"/>
            <w:shd w:val="clear" w:color="auto" w:fill="E8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E7B917" w14:textId="77777777" w:rsidR="00A92212" w:rsidRDefault="00A92212" w:rsidP="00A92212">
            <w:r>
              <w:rPr>
                <w:b/>
              </w:rPr>
              <w:t>REGON</w:t>
            </w:r>
          </w:p>
        </w:tc>
        <w:tc>
          <w:tcPr>
            <w:tcW w:w="467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B47D01" w14:textId="77777777" w:rsidR="00A92212" w:rsidRDefault="00A92212" w:rsidP="00A92212">
            <w:r>
              <w:t>383261672</w:t>
            </w:r>
          </w:p>
        </w:tc>
      </w:tr>
      <w:tr w:rsidR="00A92212" w14:paraId="28C0A9CD" w14:textId="77777777" w:rsidTr="000E2C62">
        <w:trPr>
          <w:trHeight w:val="340"/>
        </w:trPr>
        <w:tc>
          <w:tcPr>
            <w:tcW w:w="4679" w:type="dxa"/>
            <w:shd w:val="clear" w:color="auto" w:fill="E8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D6BD40" w14:textId="77777777" w:rsidR="00A92212" w:rsidRDefault="00A92212" w:rsidP="00A92212">
            <w:r>
              <w:rPr>
                <w:b/>
              </w:rPr>
              <w:t>E-mail</w:t>
            </w:r>
          </w:p>
        </w:tc>
        <w:tc>
          <w:tcPr>
            <w:tcW w:w="467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27464C" w14:textId="77777777" w:rsidR="00A92212" w:rsidRDefault="00A92212" w:rsidP="00A92212">
            <w:r>
              <w:t>info@fundacja-veritas.pl</w:t>
            </w:r>
          </w:p>
        </w:tc>
      </w:tr>
      <w:tr w:rsidR="00A92212" w14:paraId="131C8864" w14:textId="77777777" w:rsidTr="000E2C62">
        <w:trPr>
          <w:trHeight w:val="15"/>
        </w:trPr>
        <w:tc>
          <w:tcPr>
            <w:tcW w:w="4679" w:type="dxa"/>
            <w:shd w:val="clear" w:color="auto" w:fill="E8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3EEF4C" w14:textId="77777777" w:rsidR="00A92212" w:rsidRDefault="00A92212" w:rsidP="00A92212">
            <w:proofErr w:type="spellStart"/>
            <w:r>
              <w:rPr>
                <w:b/>
              </w:rPr>
              <w:t>Telefon</w:t>
            </w:r>
            <w:proofErr w:type="spellEnd"/>
          </w:p>
        </w:tc>
        <w:tc>
          <w:tcPr>
            <w:tcW w:w="467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6EF793" w14:textId="77777777" w:rsidR="00A92212" w:rsidRDefault="00A92212" w:rsidP="00A92212">
            <w:r>
              <w:t>537 363 294</w:t>
            </w:r>
          </w:p>
        </w:tc>
      </w:tr>
    </w:tbl>
    <w:p w14:paraId="03198992" w14:textId="370BB6FB" w:rsidR="00F20F8A" w:rsidRPr="007E2F8E" w:rsidRDefault="00F20F8A" w:rsidP="00F20F8A">
      <w:pPr>
        <w:rPr>
          <w:lang w:val="pl-PL"/>
        </w:rPr>
      </w:pPr>
      <w:r>
        <w:rPr>
          <w:lang w:val="pl-PL"/>
        </w:rPr>
        <w:t>O</w:t>
      </w:r>
      <w:r w:rsidRPr="007E2F8E">
        <w:rPr>
          <w:lang w:val="pl-PL"/>
        </w:rPr>
        <w:t xml:space="preserve">bowiązujący od dnia </w:t>
      </w:r>
      <w:r>
        <w:rPr>
          <w:lang w:val="pl-PL"/>
        </w:rPr>
        <w:t>1</w:t>
      </w:r>
      <w:r w:rsidR="00FF419C">
        <w:rPr>
          <w:lang w:val="pl-PL"/>
        </w:rPr>
        <w:t>2</w:t>
      </w:r>
      <w:r>
        <w:rPr>
          <w:lang w:val="pl-PL"/>
        </w:rPr>
        <w:t>.08.2026r.</w:t>
      </w:r>
    </w:p>
    <w:p w14:paraId="68D28F37" w14:textId="77777777" w:rsidR="00A92212" w:rsidRDefault="00A92212" w:rsidP="00A92212">
      <w:pPr>
        <w:rPr>
          <w:lang w:val="pl-PL"/>
        </w:rPr>
      </w:pPr>
    </w:p>
    <w:p w14:paraId="5B7C9066" w14:textId="092D6874" w:rsidR="00A92212" w:rsidRDefault="00A92212" w:rsidP="00A92212">
      <w:pPr>
        <w:rPr>
          <w:lang w:val="pl-PL"/>
        </w:rPr>
      </w:pPr>
      <w:r>
        <w:rPr>
          <w:lang w:val="pl-PL"/>
        </w:rPr>
        <w:t>D</w:t>
      </w:r>
      <w:r w:rsidRPr="00A92212">
        <w:rPr>
          <w:lang w:val="pl-PL"/>
        </w:rPr>
        <w:t>ane Sprzedawcy</w:t>
      </w:r>
      <w:r>
        <w:rPr>
          <w:lang w:val="pl-PL"/>
        </w:rPr>
        <w:t>:</w:t>
      </w:r>
    </w:p>
    <w:p w14:paraId="5572768B" w14:textId="77777777" w:rsidR="000E2C62" w:rsidRDefault="000E2C62" w:rsidP="000E2C62">
      <w:pPr>
        <w:rPr>
          <w:lang w:val="pl-PL"/>
        </w:rPr>
      </w:pPr>
    </w:p>
    <w:p w14:paraId="1B0F0F6C" w14:textId="130B7E6D" w:rsidR="000E2C62" w:rsidRPr="007E2F8E" w:rsidRDefault="000E2C62" w:rsidP="000E2C62">
      <w:pPr>
        <w:pStyle w:val="Nagwek1"/>
        <w:rPr>
          <w:lang w:val="pl-PL"/>
        </w:rPr>
      </w:pPr>
      <w:r w:rsidRPr="007E2F8E">
        <w:rPr>
          <w:lang w:val="pl-PL"/>
        </w:rPr>
        <w:t xml:space="preserve">§ </w:t>
      </w:r>
      <w:r>
        <w:rPr>
          <w:lang w:val="pl-PL"/>
        </w:rPr>
        <w:t>1</w:t>
      </w:r>
      <w:r w:rsidRPr="007E2F8E">
        <w:rPr>
          <w:lang w:val="pl-PL"/>
        </w:rPr>
        <w:t xml:space="preserve">. </w:t>
      </w:r>
      <w:r>
        <w:rPr>
          <w:lang w:val="pl-PL"/>
        </w:rPr>
        <w:t>Postanowienia ogólne</w:t>
      </w:r>
    </w:p>
    <w:p w14:paraId="62E27100" w14:textId="755DAA00" w:rsidR="00AF260D" w:rsidRPr="009067CE" w:rsidRDefault="00000000">
      <w:pPr>
        <w:pStyle w:val="Akapitzlist"/>
        <w:numPr>
          <w:ilvl w:val="0"/>
          <w:numId w:val="39"/>
        </w:numPr>
        <w:ind w:left="567"/>
        <w:jc w:val="both"/>
        <w:rPr>
          <w:lang w:val="pl-PL"/>
        </w:rPr>
      </w:pPr>
      <w:r w:rsidRPr="009067CE">
        <w:rPr>
          <w:lang w:val="pl-PL"/>
        </w:rPr>
        <w:t>Regulamin określa zasady korzystania ze sklepu internetowego dostępnego pod adresem https://sklep.fundacja-veritas.pl, składania Zamówień, zawierania Umów sprzedaży, dokonywania płatności oraz dostawy Towarów.</w:t>
      </w:r>
    </w:p>
    <w:p w14:paraId="2415EDA9" w14:textId="19B701E3" w:rsidR="00AF260D" w:rsidRPr="009067CE" w:rsidRDefault="00000000">
      <w:pPr>
        <w:pStyle w:val="Akapitzlist"/>
        <w:numPr>
          <w:ilvl w:val="0"/>
          <w:numId w:val="39"/>
        </w:numPr>
        <w:ind w:left="567"/>
        <w:jc w:val="both"/>
        <w:rPr>
          <w:lang w:val="pl-PL"/>
        </w:rPr>
      </w:pPr>
      <w:r w:rsidRPr="009067CE">
        <w:rPr>
          <w:lang w:val="pl-PL"/>
        </w:rPr>
        <w:t>Sklep jest prowadzony przez Fundację Veritas z siedzibą we Wrocławiu, ul. Skarbowców 23B</w:t>
      </w:r>
      <w:r w:rsidR="00785EF4">
        <w:rPr>
          <w:lang w:val="pl-PL"/>
        </w:rPr>
        <w:t>/A1/014</w:t>
      </w:r>
      <w:r w:rsidRPr="009067CE">
        <w:rPr>
          <w:lang w:val="pl-PL"/>
        </w:rPr>
        <w:t>, 53-025 Wrocław, wpisaną do rejestru stowarzyszeń, innych organizacji społecznych i zawodowych, fundacji oraz samodzielnych publicznych zakładów opieki zdrowotnej Krajowego Rejestru Sądowego pod numerem KRS 0000784405, NIP 899-286-19-84, REGON 383261672, zwaną dalej „Sprzedawcą” lub „Fundacją”.</w:t>
      </w:r>
    </w:p>
    <w:p w14:paraId="552C3EBE" w14:textId="4A149FD8" w:rsidR="00F20F8A" w:rsidRPr="009067CE" w:rsidRDefault="00000000">
      <w:pPr>
        <w:pStyle w:val="Akapitzlist"/>
        <w:numPr>
          <w:ilvl w:val="0"/>
          <w:numId w:val="39"/>
        </w:numPr>
        <w:ind w:left="567"/>
        <w:rPr>
          <w:lang w:val="pl-PL"/>
        </w:rPr>
      </w:pPr>
      <w:r w:rsidRPr="009067CE">
        <w:rPr>
          <w:lang w:val="pl-PL"/>
        </w:rPr>
        <w:t xml:space="preserve">Ze Sprzedawcą można skontaktować się: </w:t>
      </w:r>
    </w:p>
    <w:p w14:paraId="6A911D68" w14:textId="4813D9E9" w:rsidR="00F20F8A" w:rsidRPr="009067CE" w:rsidRDefault="00000000">
      <w:pPr>
        <w:pStyle w:val="Akapitzlist"/>
        <w:numPr>
          <w:ilvl w:val="0"/>
          <w:numId w:val="40"/>
        </w:numPr>
        <w:ind w:hanging="153"/>
        <w:jc w:val="both"/>
        <w:rPr>
          <w:lang w:val="pl-PL"/>
        </w:rPr>
      </w:pPr>
      <w:r w:rsidRPr="009067CE">
        <w:rPr>
          <w:lang w:val="pl-PL"/>
        </w:rPr>
        <w:t xml:space="preserve">pocztą elektroniczną: </w:t>
      </w:r>
      <w:hyperlink r:id="rId8" w:history="1">
        <w:r w:rsidR="00F20F8A" w:rsidRPr="009067CE">
          <w:rPr>
            <w:rStyle w:val="Hipercze"/>
            <w:lang w:val="pl-PL"/>
          </w:rPr>
          <w:t>info@fundacja-veritas.pl</w:t>
        </w:r>
      </w:hyperlink>
      <w:r w:rsidRPr="009067CE">
        <w:rPr>
          <w:lang w:val="pl-PL"/>
        </w:rPr>
        <w:t xml:space="preserve">; </w:t>
      </w:r>
    </w:p>
    <w:p w14:paraId="0756A64E" w14:textId="7E39F166" w:rsidR="00F20F8A" w:rsidRPr="009067CE" w:rsidRDefault="00000000">
      <w:pPr>
        <w:pStyle w:val="Akapitzlist"/>
        <w:numPr>
          <w:ilvl w:val="0"/>
          <w:numId w:val="40"/>
        </w:numPr>
        <w:ind w:hanging="153"/>
        <w:jc w:val="both"/>
        <w:rPr>
          <w:lang w:val="pl-PL"/>
        </w:rPr>
      </w:pPr>
      <w:r w:rsidRPr="009067CE">
        <w:rPr>
          <w:lang w:val="pl-PL"/>
        </w:rPr>
        <w:t xml:space="preserve">telefonicznie: 537 363 294; </w:t>
      </w:r>
    </w:p>
    <w:p w14:paraId="784B2C01" w14:textId="7FE81B3E" w:rsidR="00AF260D" w:rsidRPr="009067CE" w:rsidRDefault="00000000">
      <w:pPr>
        <w:pStyle w:val="Akapitzlist"/>
        <w:numPr>
          <w:ilvl w:val="0"/>
          <w:numId w:val="40"/>
        </w:numPr>
        <w:ind w:hanging="153"/>
        <w:jc w:val="both"/>
        <w:rPr>
          <w:lang w:val="pl-PL"/>
        </w:rPr>
      </w:pPr>
      <w:r w:rsidRPr="009067CE">
        <w:rPr>
          <w:lang w:val="pl-PL"/>
        </w:rPr>
        <w:t>pisemnie na adres siedziby Sprzedawcy.</w:t>
      </w:r>
    </w:p>
    <w:p w14:paraId="76E42ABB" w14:textId="3BBBAB3F" w:rsidR="00AF260D" w:rsidRPr="009067CE" w:rsidRDefault="00000000">
      <w:pPr>
        <w:pStyle w:val="Akapitzlist"/>
        <w:numPr>
          <w:ilvl w:val="0"/>
          <w:numId w:val="39"/>
        </w:numPr>
        <w:ind w:left="567"/>
        <w:jc w:val="both"/>
        <w:rPr>
          <w:lang w:val="pl-PL"/>
        </w:rPr>
      </w:pPr>
      <w:r w:rsidRPr="009067CE">
        <w:rPr>
          <w:lang w:val="pl-PL"/>
        </w:rPr>
        <w:t>Sprzedawca prowadzi sprzedaż Towarów na terytorium Rzeczypospolitej Polskiej.</w:t>
      </w:r>
    </w:p>
    <w:p w14:paraId="2A483841" w14:textId="59ED58A2" w:rsidR="00AF260D" w:rsidRPr="009067CE" w:rsidRDefault="00000000">
      <w:pPr>
        <w:pStyle w:val="Akapitzlist"/>
        <w:numPr>
          <w:ilvl w:val="0"/>
          <w:numId w:val="39"/>
        </w:numPr>
        <w:ind w:left="567"/>
        <w:jc w:val="both"/>
        <w:rPr>
          <w:lang w:val="pl-PL"/>
        </w:rPr>
      </w:pPr>
      <w:r w:rsidRPr="009067CE">
        <w:rPr>
          <w:lang w:val="pl-PL"/>
        </w:rPr>
        <w:t>Regulamin jest nieodpłatnie udostępniony w Sklepie w sposób umożliwiający jego pozyskanie, odtwarzanie i utrwalanie. Klient powinien zapoznać się z Regulaminem przed złożeniem Zamówienia.</w:t>
      </w:r>
    </w:p>
    <w:p w14:paraId="2FA2D3E1" w14:textId="4D6EC7EE" w:rsidR="00AF260D" w:rsidRPr="009067CE" w:rsidRDefault="00000000">
      <w:pPr>
        <w:pStyle w:val="Akapitzlist"/>
        <w:numPr>
          <w:ilvl w:val="0"/>
          <w:numId w:val="39"/>
        </w:numPr>
        <w:ind w:left="567"/>
        <w:jc w:val="both"/>
        <w:rPr>
          <w:lang w:val="pl-PL"/>
        </w:rPr>
      </w:pPr>
      <w:r w:rsidRPr="009067CE">
        <w:rPr>
          <w:lang w:val="pl-PL"/>
        </w:rPr>
        <w:t>Informacje prezentowane w Sklepie, w szczególności opisy i ceny Towarów, nie stanowią oferty w rozumieniu Kodeksu cywilnego, lecz zaproszenie do zawarcia umowy.</w:t>
      </w:r>
    </w:p>
    <w:p w14:paraId="14A73668" w14:textId="42A0DE14" w:rsidR="00AF260D" w:rsidRPr="009067CE" w:rsidRDefault="00000000">
      <w:pPr>
        <w:pStyle w:val="Akapitzlist"/>
        <w:numPr>
          <w:ilvl w:val="0"/>
          <w:numId w:val="39"/>
        </w:numPr>
        <w:ind w:left="567"/>
        <w:jc w:val="both"/>
        <w:rPr>
          <w:lang w:val="pl-PL"/>
        </w:rPr>
      </w:pPr>
      <w:r w:rsidRPr="009067CE">
        <w:rPr>
          <w:lang w:val="pl-PL"/>
        </w:rPr>
        <w:t xml:space="preserve">Dochód uzyskiwany ze sprzedaży Towarów jest przeznaczany na działalność </w:t>
      </w:r>
      <w:r w:rsidR="00F364B6" w:rsidRPr="009067CE">
        <w:rPr>
          <w:lang w:val="pl-PL"/>
        </w:rPr>
        <w:t xml:space="preserve">statutową </w:t>
      </w:r>
      <w:r w:rsidRPr="009067CE">
        <w:rPr>
          <w:lang w:val="pl-PL"/>
        </w:rPr>
        <w:t>Fundacji Veritas</w:t>
      </w:r>
      <w:r w:rsidR="00F364B6" w:rsidRPr="009067CE">
        <w:rPr>
          <w:lang w:val="pl-PL"/>
        </w:rPr>
        <w:t>.</w:t>
      </w:r>
      <w:r w:rsidRPr="009067CE">
        <w:rPr>
          <w:lang w:val="pl-PL"/>
        </w:rPr>
        <w:t xml:space="preserve"> Informacja ta nie zmienia odpłatnego charakteru Umowy sprzedaży ani praw Klienta wynikających z przepisów konsumenckich.</w:t>
      </w:r>
    </w:p>
    <w:p w14:paraId="6DDEFB2F" w14:textId="77777777" w:rsidR="00AF260D" w:rsidRPr="007E2F8E" w:rsidRDefault="00000000">
      <w:pPr>
        <w:pStyle w:val="Nagwek1"/>
        <w:rPr>
          <w:lang w:val="pl-PL"/>
        </w:rPr>
      </w:pPr>
      <w:r w:rsidRPr="007E2F8E">
        <w:rPr>
          <w:lang w:val="pl-PL"/>
        </w:rPr>
        <w:lastRenderedPageBreak/>
        <w:t>§ 2. Definicje</w:t>
      </w:r>
    </w:p>
    <w:p w14:paraId="1E573E40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Cena – </w:t>
      </w:r>
      <w:r w:rsidRPr="007E2F8E">
        <w:rPr>
          <w:lang w:val="pl-PL"/>
        </w:rPr>
        <w:t>wartość Towaru wyrażona w złotych polskich, obejmująca podatki, o ile mają zastosowanie, lecz co do zasady nieobejmująca kosztów dostawy wskazywanych oddzielnie przed złożeniem Zamówienia.</w:t>
      </w:r>
    </w:p>
    <w:p w14:paraId="13FBE09D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Dzień roboczy – </w:t>
      </w:r>
      <w:r w:rsidRPr="007E2F8E">
        <w:rPr>
          <w:lang w:val="pl-PL"/>
        </w:rPr>
        <w:t>dzień od poniedziałku do piątku, z wyłączeniem dni ustawowo wolnych od pracy w Polsce.</w:t>
      </w:r>
    </w:p>
    <w:p w14:paraId="40E4A5D3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Klient – </w:t>
      </w:r>
      <w:r w:rsidRPr="007E2F8E">
        <w:rPr>
          <w:lang w:val="pl-PL"/>
        </w:rPr>
        <w:t>osoba fizyczna, osoba prawna albo jednostka organizacyjna posiadająca zdolność prawną, która korzysta ze Sklepu lub składa Zamówienie.</w:t>
      </w:r>
    </w:p>
    <w:p w14:paraId="1EBA71BC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Konsument – </w:t>
      </w:r>
      <w:r w:rsidRPr="007E2F8E">
        <w:rPr>
          <w:lang w:val="pl-PL"/>
        </w:rPr>
        <w:t>osoba fizyczna dokonująca ze Sprzedawcą czynności prawnej niezwiązanej bezpośrednio z jej działalnością gospodarczą lub zawodową.</w:t>
      </w:r>
    </w:p>
    <w:p w14:paraId="71AA0A37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Przedsiębiorca na prawach konsumenta – </w:t>
      </w:r>
      <w:r w:rsidRPr="007E2F8E">
        <w:rPr>
          <w:lang w:val="pl-PL"/>
        </w:rPr>
        <w:t>osoba fizyczna zawierająca umowę bezpośrednio związaną z jej działalnością gospodarczą, gdy z treści umowy wynika, że nie ma ona dla tej osoby charakteru zawodowego, zgodnie z właściwymi przepisami.</w:t>
      </w:r>
    </w:p>
    <w:p w14:paraId="2356E6C7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Regulamin – </w:t>
      </w:r>
      <w:r w:rsidRPr="007E2F8E">
        <w:rPr>
          <w:lang w:val="pl-PL"/>
        </w:rPr>
        <w:t>niniejszy regulamin Sklepu.</w:t>
      </w:r>
    </w:p>
    <w:p w14:paraId="57E03170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Sklep – </w:t>
      </w:r>
      <w:r w:rsidRPr="007E2F8E">
        <w:rPr>
          <w:lang w:val="pl-PL"/>
        </w:rPr>
        <w:t>sklep internetowy prowadzony przez Sprzedawcę pod adresem https://sklep.fundacja-veritas.pl.</w:t>
      </w:r>
    </w:p>
    <w:p w14:paraId="4ED58B06" w14:textId="2236ACA5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Towar – </w:t>
      </w:r>
      <w:r w:rsidRPr="007E2F8E">
        <w:rPr>
          <w:lang w:val="pl-PL"/>
        </w:rPr>
        <w:t>rzecz ruchoma oferowana do sprzedaży w Sklepie.</w:t>
      </w:r>
    </w:p>
    <w:p w14:paraId="71435040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Umowa sprzedaży – </w:t>
      </w:r>
      <w:r w:rsidRPr="007E2F8E">
        <w:rPr>
          <w:lang w:val="pl-PL"/>
        </w:rPr>
        <w:t>umowa sprzedaży Towaru zawierana na odległość pomiędzy Sprzedawcą a Klientem za pośrednictwem Sklepu.</w:t>
      </w:r>
    </w:p>
    <w:p w14:paraId="3E6A96BE" w14:textId="77777777" w:rsidR="00AF260D" w:rsidRPr="007E2F8E" w:rsidRDefault="00000000" w:rsidP="003D1A67">
      <w:pPr>
        <w:jc w:val="both"/>
        <w:rPr>
          <w:lang w:val="pl-PL"/>
        </w:rPr>
      </w:pPr>
      <w:r w:rsidRPr="007E2F8E">
        <w:rPr>
          <w:b/>
          <w:lang w:val="pl-PL"/>
        </w:rPr>
        <w:t xml:space="preserve">Zamówienie – </w:t>
      </w:r>
      <w:r w:rsidRPr="007E2F8E">
        <w:rPr>
          <w:lang w:val="pl-PL"/>
        </w:rPr>
        <w:t>oświadczenie Klienta zmierzające bezpośrednio do zawarcia Umowy sprzedaży, określające Towar, jego wariant i liczbę, sposób płatności, sposób dostawy oraz dane konieczne do realizacji umowy.</w:t>
      </w:r>
    </w:p>
    <w:p w14:paraId="1A25DBA8" w14:textId="77777777" w:rsidR="00AF260D" w:rsidRPr="007E2F8E" w:rsidRDefault="00000000">
      <w:pPr>
        <w:pStyle w:val="Nagwek1"/>
        <w:rPr>
          <w:lang w:val="pl-PL"/>
        </w:rPr>
      </w:pPr>
      <w:r w:rsidRPr="007E2F8E">
        <w:rPr>
          <w:lang w:val="pl-PL"/>
        </w:rPr>
        <w:t>§ 3. Zasady korzystania ze Sklepu i wymagania techniczne</w:t>
      </w:r>
    </w:p>
    <w:p w14:paraId="39686D56" w14:textId="6EA931DD" w:rsidR="00AF260D" w:rsidRPr="009067CE" w:rsidRDefault="00000000">
      <w:pPr>
        <w:pStyle w:val="Akapitzlist"/>
        <w:numPr>
          <w:ilvl w:val="1"/>
          <w:numId w:val="40"/>
        </w:numPr>
        <w:ind w:left="567"/>
        <w:jc w:val="both"/>
        <w:rPr>
          <w:lang w:val="pl-PL"/>
        </w:rPr>
      </w:pPr>
      <w:r w:rsidRPr="009067CE">
        <w:rPr>
          <w:lang w:val="pl-PL"/>
        </w:rPr>
        <w:t xml:space="preserve">Do korzystania ze Sklepu potrzebne są: urządzenie z dostępem do Internetu, aktualna przeglądarka internetowa obsługująca pliki </w:t>
      </w:r>
      <w:proofErr w:type="spellStart"/>
      <w:r w:rsidRPr="009067CE">
        <w:rPr>
          <w:lang w:val="pl-PL"/>
        </w:rPr>
        <w:t>cookies</w:t>
      </w:r>
      <w:proofErr w:type="spellEnd"/>
      <w:r w:rsidRPr="009067CE">
        <w:rPr>
          <w:lang w:val="pl-PL"/>
        </w:rPr>
        <w:t xml:space="preserve"> i JavaScript oraz aktywny adres poczty elektronicznej.</w:t>
      </w:r>
    </w:p>
    <w:p w14:paraId="763743A5" w14:textId="1363BEDB" w:rsidR="00AF260D" w:rsidRPr="009067CE" w:rsidRDefault="00000000">
      <w:pPr>
        <w:pStyle w:val="Akapitzlist"/>
        <w:numPr>
          <w:ilvl w:val="1"/>
          <w:numId w:val="40"/>
        </w:numPr>
        <w:ind w:left="567"/>
        <w:jc w:val="both"/>
        <w:rPr>
          <w:lang w:val="pl-PL"/>
        </w:rPr>
      </w:pPr>
      <w:r w:rsidRPr="009067CE">
        <w:rPr>
          <w:lang w:val="pl-PL"/>
        </w:rPr>
        <w:t>Klient jest zobowiązany korzystać ze Sklepu zgodnie z prawem, Regulaminem i dobrymi obyczajami, w szczególności nie dostarczać treści bezprawnych i nie podejmować działań zakłócających funkcjonowanie Sklepu.</w:t>
      </w:r>
    </w:p>
    <w:p w14:paraId="412B151D" w14:textId="12E1FC4A" w:rsidR="00AF260D" w:rsidRPr="009067CE" w:rsidRDefault="00000000">
      <w:pPr>
        <w:pStyle w:val="Akapitzlist"/>
        <w:numPr>
          <w:ilvl w:val="1"/>
          <w:numId w:val="40"/>
        </w:numPr>
        <w:ind w:left="567"/>
        <w:jc w:val="both"/>
        <w:rPr>
          <w:lang w:val="pl-PL"/>
        </w:rPr>
      </w:pPr>
      <w:r w:rsidRPr="009067CE">
        <w:rPr>
          <w:lang w:val="pl-PL"/>
        </w:rPr>
        <w:t>Sprzedawca może prowadzić niezbędne prace techniczne i aktualizacyjne. W miarę możliwości planowane przerwy wpływające na możliwość składania Zamówień będą komunikowane w Sklepie.</w:t>
      </w:r>
    </w:p>
    <w:p w14:paraId="2CD5E343" w14:textId="7BC9285B" w:rsidR="00AF260D" w:rsidRPr="009067CE" w:rsidRDefault="00000000">
      <w:pPr>
        <w:pStyle w:val="Akapitzlist"/>
        <w:numPr>
          <w:ilvl w:val="1"/>
          <w:numId w:val="40"/>
        </w:numPr>
        <w:ind w:left="567"/>
        <w:jc w:val="both"/>
        <w:rPr>
          <w:lang w:val="pl-PL"/>
        </w:rPr>
      </w:pPr>
      <w:r w:rsidRPr="009067CE">
        <w:rPr>
          <w:lang w:val="pl-PL"/>
        </w:rPr>
        <w:t>Utrwalenie, zabezpieczenie i udostępnienie istotnych postanowień zawartej Umowy sprzedaży następuje przez przesłanie Klientowi wiadomości e-mail z potwierdzeniem Zamówienia oraz poprzez udostępnienie Regulaminu na stronie Sklepu.</w:t>
      </w:r>
    </w:p>
    <w:p w14:paraId="247C4022" w14:textId="056B6E09" w:rsidR="00AF260D" w:rsidRPr="009067CE" w:rsidRDefault="00000000">
      <w:pPr>
        <w:pStyle w:val="Akapitzlist"/>
        <w:numPr>
          <w:ilvl w:val="1"/>
          <w:numId w:val="40"/>
        </w:numPr>
        <w:ind w:left="567"/>
        <w:jc w:val="both"/>
        <w:rPr>
          <w:lang w:val="pl-PL"/>
        </w:rPr>
      </w:pPr>
      <w:r w:rsidRPr="009067CE">
        <w:rPr>
          <w:lang w:val="pl-PL"/>
        </w:rPr>
        <w:t>Klient powinien chronić dostęp do swojej skrzynki e-mail oraz – jeżeli Sklep umożliwia utworzenie konta – dane logowania przed dostępem osób nieuprawnionych.</w:t>
      </w:r>
    </w:p>
    <w:p w14:paraId="4DB51412" w14:textId="77777777" w:rsidR="00AF260D" w:rsidRPr="007E2F8E" w:rsidRDefault="00000000">
      <w:pPr>
        <w:pStyle w:val="Nagwek1"/>
        <w:rPr>
          <w:lang w:val="pl-PL"/>
        </w:rPr>
      </w:pPr>
      <w:r w:rsidRPr="007E2F8E">
        <w:rPr>
          <w:lang w:val="pl-PL"/>
        </w:rPr>
        <w:t>§ 4. Towary, informacje i ceny</w:t>
      </w:r>
    </w:p>
    <w:p w14:paraId="36CFC776" w14:textId="27433D0C" w:rsidR="00AF260D" w:rsidRPr="009067CE" w:rsidRDefault="00000000">
      <w:pPr>
        <w:pStyle w:val="Akapitzlist"/>
        <w:numPr>
          <w:ilvl w:val="0"/>
          <w:numId w:val="41"/>
        </w:numPr>
        <w:ind w:left="567"/>
        <w:jc w:val="both"/>
        <w:rPr>
          <w:lang w:val="pl-PL"/>
        </w:rPr>
      </w:pPr>
      <w:r w:rsidRPr="009067CE">
        <w:rPr>
          <w:lang w:val="pl-PL"/>
        </w:rPr>
        <w:t>Sprzedawca zamieszcza w Sklepie informacje o głównych cechach Towaru, w szczególności rodzaju, materiale, dostępnych wariantach, rozmiarze i sposobie użytkowania, jeżeli jest to istotne dla decyzji zakupowej.</w:t>
      </w:r>
    </w:p>
    <w:p w14:paraId="5C23DA4C" w14:textId="661370E5" w:rsidR="00AF260D" w:rsidRPr="009067CE" w:rsidRDefault="00000000">
      <w:pPr>
        <w:pStyle w:val="Akapitzlist"/>
        <w:numPr>
          <w:ilvl w:val="0"/>
          <w:numId w:val="41"/>
        </w:numPr>
        <w:ind w:left="567"/>
        <w:jc w:val="both"/>
        <w:rPr>
          <w:lang w:val="pl-PL"/>
        </w:rPr>
      </w:pPr>
      <w:r w:rsidRPr="009067CE">
        <w:rPr>
          <w:lang w:val="pl-PL"/>
        </w:rPr>
        <w:t>Zdjęcia Towarów mają charakter informacyjny. Różnice wynikające z ustawień ekranu, oświetlenia zdjęcia lub naturalnych cech materiału nie stanowią same przez się niezgodności Towaru z umową.</w:t>
      </w:r>
    </w:p>
    <w:p w14:paraId="667A8D0B" w14:textId="4883E831" w:rsidR="00AF260D" w:rsidRPr="009067CE" w:rsidRDefault="00000000">
      <w:pPr>
        <w:pStyle w:val="Akapitzlist"/>
        <w:numPr>
          <w:ilvl w:val="0"/>
          <w:numId w:val="41"/>
        </w:numPr>
        <w:ind w:left="567"/>
        <w:jc w:val="both"/>
        <w:rPr>
          <w:lang w:val="pl-PL"/>
        </w:rPr>
      </w:pPr>
      <w:r w:rsidRPr="009067CE">
        <w:rPr>
          <w:lang w:val="pl-PL"/>
        </w:rPr>
        <w:lastRenderedPageBreak/>
        <w:t>W przypadku odzieży wymiary wskazane w tabelach rozmiarów mogą nieznacznie się różnić ze względu na sposób produkcji i pomiar na płasko. Informacja o dopuszczalnej różnicy powinna być podana przy tabeli rozmiarów.</w:t>
      </w:r>
    </w:p>
    <w:p w14:paraId="0681CD5F" w14:textId="5D4E3887" w:rsidR="00AF260D" w:rsidRPr="009067CE" w:rsidRDefault="00000000">
      <w:pPr>
        <w:pStyle w:val="Akapitzlist"/>
        <w:numPr>
          <w:ilvl w:val="0"/>
          <w:numId w:val="41"/>
        </w:numPr>
        <w:ind w:left="567"/>
        <w:jc w:val="both"/>
        <w:rPr>
          <w:lang w:val="pl-PL"/>
        </w:rPr>
      </w:pPr>
      <w:r w:rsidRPr="009067CE">
        <w:rPr>
          <w:lang w:val="pl-PL"/>
        </w:rPr>
        <w:t>Ceny w Sklepie są podawane w złotych polskich. Przed złożeniem Zamówienia Klient otrzymuje informację o łącznej cenie Towarów, podatkach, kosztach dostawy i innych należnościach.</w:t>
      </w:r>
    </w:p>
    <w:p w14:paraId="3CB057FB" w14:textId="666AB6CF" w:rsidR="00AF260D" w:rsidRPr="009067CE" w:rsidRDefault="00000000">
      <w:pPr>
        <w:pStyle w:val="Akapitzlist"/>
        <w:numPr>
          <w:ilvl w:val="0"/>
          <w:numId w:val="41"/>
        </w:numPr>
        <w:ind w:left="567"/>
        <w:jc w:val="both"/>
        <w:rPr>
          <w:lang w:val="pl-PL"/>
        </w:rPr>
      </w:pPr>
      <w:r w:rsidRPr="009067CE">
        <w:rPr>
          <w:lang w:val="pl-PL"/>
        </w:rPr>
        <w:t>Jeżeli Sprzedawca ogłasza obniżkę Ceny, obok informacji o obniżonej Cenie prezentuje najniższą Cenę stosowaną w okresie 30 dni przed wprowadzeniem obniżki, a w przypadkach szczególnych – informację wymaganą przez obowiązujące przepisy.</w:t>
      </w:r>
    </w:p>
    <w:p w14:paraId="542C00F0" w14:textId="2B954E0F" w:rsidR="00AF260D" w:rsidRPr="009067CE" w:rsidRDefault="00000000">
      <w:pPr>
        <w:pStyle w:val="Akapitzlist"/>
        <w:numPr>
          <w:ilvl w:val="0"/>
          <w:numId w:val="41"/>
        </w:numPr>
        <w:ind w:left="567"/>
        <w:jc w:val="both"/>
        <w:rPr>
          <w:lang w:val="pl-PL"/>
        </w:rPr>
      </w:pPr>
      <w:r w:rsidRPr="009067CE">
        <w:rPr>
          <w:lang w:val="pl-PL"/>
        </w:rPr>
        <w:t>Sprzedawca może zmieniać Ceny i asortyment. Zmiana nie wpływa na Zamówienia złożone przed jej wprowadzeniem.</w:t>
      </w:r>
    </w:p>
    <w:p w14:paraId="372CDF57" w14:textId="64A64A5B" w:rsidR="00AF260D" w:rsidRPr="009067CE" w:rsidRDefault="00000000">
      <w:pPr>
        <w:pStyle w:val="Akapitzlist"/>
        <w:numPr>
          <w:ilvl w:val="0"/>
          <w:numId w:val="41"/>
        </w:numPr>
        <w:ind w:left="567"/>
        <w:jc w:val="both"/>
        <w:rPr>
          <w:lang w:val="pl-PL"/>
        </w:rPr>
      </w:pPr>
      <w:r w:rsidRPr="009067CE">
        <w:rPr>
          <w:lang w:val="pl-PL"/>
        </w:rPr>
        <w:t>Informacja o dostępności Towaru jest prezentowana na stronie produktu. Dodanie Towaru do koszyka nie powoduje jego rezerwacji, chyba że funkcjonalność Sklepu wyraźnie stanowi inaczej.</w:t>
      </w:r>
    </w:p>
    <w:p w14:paraId="4F80D283" w14:textId="77777777" w:rsidR="00AF260D" w:rsidRPr="007E2F8E" w:rsidRDefault="00000000">
      <w:pPr>
        <w:pStyle w:val="Nagwek1"/>
        <w:rPr>
          <w:lang w:val="pl-PL"/>
        </w:rPr>
      </w:pPr>
      <w:r w:rsidRPr="007E2F8E">
        <w:rPr>
          <w:lang w:val="pl-PL"/>
        </w:rPr>
        <w:t>§ 5. Składanie Zamówienia i zawarcie Umowy sprzedaży</w:t>
      </w:r>
    </w:p>
    <w:p w14:paraId="1C18D77D" w14:textId="7846CC78" w:rsidR="00AF260D" w:rsidRPr="009067CE" w:rsidRDefault="00000000">
      <w:pPr>
        <w:pStyle w:val="Akapitzlist"/>
        <w:numPr>
          <w:ilvl w:val="0"/>
          <w:numId w:val="42"/>
        </w:numPr>
        <w:ind w:left="567" w:hanging="425"/>
        <w:rPr>
          <w:lang w:val="pl-PL"/>
        </w:rPr>
      </w:pPr>
      <w:r w:rsidRPr="009067CE">
        <w:rPr>
          <w:lang w:val="pl-PL"/>
        </w:rPr>
        <w:t>Zamówienia można składać przez Sklep przez całą dobę, z zastrzeżeniem przerw technicznych.</w:t>
      </w:r>
    </w:p>
    <w:p w14:paraId="74AFD328" w14:textId="6454E1EB" w:rsidR="00744CF1" w:rsidRPr="009067CE" w:rsidRDefault="00000000">
      <w:pPr>
        <w:pStyle w:val="Akapitzlist"/>
        <w:numPr>
          <w:ilvl w:val="0"/>
          <w:numId w:val="42"/>
        </w:numPr>
        <w:ind w:left="567" w:hanging="425"/>
        <w:rPr>
          <w:lang w:val="pl-PL"/>
        </w:rPr>
      </w:pPr>
      <w:r w:rsidRPr="009067CE">
        <w:rPr>
          <w:lang w:val="pl-PL"/>
        </w:rPr>
        <w:t xml:space="preserve">W celu złożenia Zamówienia Klient: </w:t>
      </w:r>
    </w:p>
    <w:p w14:paraId="19B9EFF3" w14:textId="74E1FF04" w:rsidR="00744CF1" w:rsidRPr="009067CE" w:rsidRDefault="00000000">
      <w:pPr>
        <w:pStyle w:val="Akapitzlist"/>
        <w:numPr>
          <w:ilvl w:val="1"/>
          <w:numId w:val="42"/>
        </w:numPr>
        <w:ind w:left="993" w:hanging="426"/>
        <w:rPr>
          <w:lang w:val="pl-PL"/>
        </w:rPr>
      </w:pPr>
      <w:r w:rsidRPr="009067CE">
        <w:rPr>
          <w:lang w:val="pl-PL"/>
        </w:rPr>
        <w:t xml:space="preserve">wybiera Towar oraz jego wariant i liczbę; </w:t>
      </w:r>
    </w:p>
    <w:p w14:paraId="11EF7492" w14:textId="14488EDE" w:rsidR="00744CF1" w:rsidRPr="009067CE" w:rsidRDefault="00000000">
      <w:pPr>
        <w:pStyle w:val="Akapitzlist"/>
        <w:numPr>
          <w:ilvl w:val="1"/>
          <w:numId w:val="42"/>
        </w:numPr>
        <w:ind w:left="993" w:hanging="426"/>
        <w:rPr>
          <w:lang w:val="pl-PL"/>
        </w:rPr>
      </w:pPr>
      <w:r w:rsidRPr="009067CE">
        <w:rPr>
          <w:lang w:val="pl-PL"/>
        </w:rPr>
        <w:t xml:space="preserve">dodaje Towar do koszyka; </w:t>
      </w:r>
    </w:p>
    <w:p w14:paraId="028ACEEA" w14:textId="498823CF" w:rsidR="00744CF1" w:rsidRPr="009067CE" w:rsidRDefault="00000000">
      <w:pPr>
        <w:pStyle w:val="Akapitzlist"/>
        <w:numPr>
          <w:ilvl w:val="1"/>
          <w:numId w:val="42"/>
        </w:numPr>
        <w:ind w:left="993" w:hanging="426"/>
        <w:rPr>
          <w:lang w:val="pl-PL"/>
        </w:rPr>
      </w:pPr>
      <w:r w:rsidRPr="009067CE">
        <w:rPr>
          <w:lang w:val="pl-PL"/>
        </w:rPr>
        <w:t xml:space="preserve">podaje dane wymagane do realizacji Zamówienia; </w:t>
      </w:r>
    </w:p>
    <w:p w14:paraId="3C198A70" w14:textId="7BCBF6C8" w:rsidR="00744CF1" w:rsidRPr="009067CE" w:rsidRDefault="00000000">
      <w:pPr>
        <w:pStyle w:val="Akapitzlist"/>
        <w:numPr>
          <w:ilvl w:val="1"/>
          <w:numId w:val="42"/>
        </w:numPr>
        <w:ind w:left="993" w:hanging="426"/>
        <w:rPr>
          <w:lang w:val="pl-PL"/>
        </w:rPr>
      </w:pPr>
      <w:r w:rsidRPr="009067CE">
        <w:rPr>
          <w:lang w:val="pl-PL"/>
        </w:rPr>
        <w:t xml:space="preserve">wybiera sposób dostawy i płatności; </w:t>
      </w:r>
    </w:p>
    <w:p w14:paraId="5DA0AC8A" w14:textId="6B1C1F0D" w:rsidR="00744CF1" w:rsidRPr="009067CE" w:rsidRDefault="00000000">
      <w:pPr>
        <w:pStyle w:val="Akapitzlist"/>
        <w:numPr>
          <w:ilvl w:val="1"/>
          <w:numId w:val="42"/>
        </w:numPr>
        <w:ind w:left="993" w:hanging="426"/>
        <w:rPr>
          <w:lang w:val="pl-PL"/>
        </w:rPr>
      </w:pPr>
      <w:r w:rsidRPr="009067CE">
        <w:rPr>
          <w:lang w:val="pl-PL"/>
        </w:rPr>
        <w:t xml:space="preserve">zapoznaje się z podsumowaniem obejmującym łączną kwotę do zapłaty; </w:t>
      </w:r>
    </w:p>
    <w:p w14:paraId="67E069DE" w14:textId="0ED7864E" w:rsidR="00744CF1" w:rsidRPr="009067CE" w:rsidRDefault="00000000">
      <w:pPr>
        <w:pStyle w:val="Akapitzlist"/>
        <w:numPr>
          <w:ilvl w:val="1"/>
          <w:numId w:val="42"/>
        </w:numPr>
        <w:ind w:left="993" w:hanging="426"/>
        <w:rPr>
          <w:lang w:val="pl-PL"/>
        </w:rPr>
      </w:pPr>
      <w:r w:rsidRPr="009067CE">
        <w:rPr>
          <w:lang w:val="pl-PL"/>
        </w:rPr>
        <w:t xml:space="preserve">akceptuje Regulamin; </w:t>
      </w:r>
    </w:p>
    <w:p w14:paraId="000F9F78" w14:textId="34A1F043" w:rsidR="00AF260D" w:rsidRPr="009067CE" w:rsidRDefault="00000000">
      <w:pPr>
        <w:pStyle w:val="Akapitzlist"/>
        <w:numPr>
          <w:ilvl w:val="1"/>
          <w:numId w:val="42"/>
        </w:numPr>
        <w:ind w:left="993" w:hanging="426"/>
        <w:rPr>
          <w:lang w:val="pl-PL"/>
        </w:rPr>
      </w:pPr>
      <w:r w:rsidRPr="009067CE">
        <w:rPr>
          <w:lang w:val="pl-PL"/>
        </w:rPr>
        <w:t>składa Zamówienie przyciskiem wyraźnie wskazującym, że Zamówienie pociąga za sobą obowiązek zapłaty.</w:t>
      </w:r>
    </w:p>
    <w:p w14:paraId="726575E3" w14:textId="5665FBF3" w:rsidR="00AF260D" w:rsidRPr="009067CE" w:rsidRDefault="00000000">
      <w:pPr>
        <w:pStyle w:val="Akapitzlist"/>
        <w:numPr>
          <w:ilvl w:val="0"/>
          <w:numId w:val="42"/>
        </w:numPr>
        <w:ind w:hanging="578"/>
        <w:jc w:val="both"/>
        <w:rPr>
          <w:lang w:val="pl-PL"/>
        </w:rPr>
      </w:pPr>
      <w:r w:rsidRPr="009067CE">
        <w:rPr>
          <w:lang w:val="pl-PL"/>
        </w:rPr>
        <w:t>Do złożenia Zamówienia niezbędne jest podanie prawdziwych, aktualnych i kompletnych danych. Klient odpowiada za skutki podania danych błędnych lub niepełnych, w szczególności uniemożliwiających doręczenie przesyłki.</w:t>
      </w:r>
    </w:p>
    <w:p w14:paraId="3968879E" w14:textId="3C69B6A4" w:rsidR="00AF260D" w:rsidRPr="009067CE" w:rsidRDefault="00000000">
      <w:pPr>
        <w:pStyle w:val="Akapitzlist"/>
        <w:numPr>
          <w:ilvl w:val="0"/>
          <w:numId w:val="42"/>
        </w:numPr>
        <w:ind w:hanging="578"/>
        <w:jc w:val="both"/>
        <w:rPr>
          <w:lang w:val="pl-PL"/>
        </w:rPr>
      </w:pPr>
      <w:r w:rsidRPr="009067CE">
        <w:rPr>
          <w:lang w:val="pl-PL"/>
        </w:rPr>
        <w:t>Po złożeniu Zamówienia Sprzedawca niezwłocznie przesyła na adres e-mail Klienta potwierdzenie jego otrzymania.</w:t>
      </w:r>
    </w:p>
    <w:p w14:paraId="7A278D24" w14:textId="7165B651" w:rsidR="00AF260D" w:rsidRPr="009067CE" w:rsidRDefault="00000000">
      <w:pPr>
        <w:pStyle w:val="Akapitzlist"/>
        <w:numPr>
          <w:ilvl w:val="0"/>
          <w:numId w:val="42"/>
        </w:numPr>
        <w:ind w:hanging="578"/>
        <w:jc w:val="both"/>
        <w:rPr>
          <w:lang w:val="pl-PL"/>
        </w:rPr>
      </w:pPr>
      <w:r w:rsidRPr="009067CE">
        <w:rPr>
          <w:lang w:val="pl-PL"/>
        </w:rPr>
        <w:t>Umowa sprzedaży zostaje zawarta z chwilą przesłania Klientowi wiadomości potwierdzającej przyjęcie Zamówienia do realizacji, chyba że z treści komunikatów Sklepu jednoznacznie wynika wcześniejszy moment zawarcia umowy.</w:t>
      </w:r>
    </w:p>
    <w:p w14:paraId="5A5E88A0" w14:textId="5BF5C9D0" w:rsidR="00AF260D" w:rsidRPr="009067CE" w:rsidRDefault="00000000">
      <w:pPr>
        <w:pStyle w:val="Akapitzlist"/>
        <w:numPr>
          <w:ilvl w:val="0"/>
          <w:numId w:val="42"/>
        </w:numPr>
        <w:ind w:hanging="578"/>
        <w:jc w:val="both"/>
        <w:rPr>
          <w:lang w:val="pl-PL"/>
        </w:rPr>
      </w:pPr>
      <w:r w:rsidRPr="009067CE">
        <w:rPr>
          <w:lang w:val="pl-PL"/>
        </w:rPr>
        <w:t>Jeżeli realizacja Zamówienia jest niemożliwa, Sprzedawca niezwłocznie poinformuje o tym Klienta i zwróci otrzymane płatności przy użyciu takiego samego sposobu płatności, chyba że Klient wyraźnie zgodzi się na inny sposób zwrotu niewiążący się dla niego z kosztami.</w:t>
      </w:r>
    </w:p>
    <w:p w14:paraId="77AC475A" w14:textId="42A59EC0" w:rsidR="00AF260D" w:rsidRPr="009067CE" w:rsidRDefault="00000000">
      <w:pPr>
        <w:pStyle w:val="Akapitzlist"/>
        <w:numPr>
          <w:ilvl w:val="0"/>
          <w:numId w:val="42"/>
        </w:numPr>
        <w:ind w:hanging="578"/>
        <w:jc w:val="both"/>
        <w:rPr>
          <w:lang w:val="pl-PL"/>
        </w:rPr>
      </w:pPr>
      <w:r w:rsidRPr="009067CE">
        <w:rPr>
          <w:lang w:val="pl-PL"/>
        </w:rPr>
        <w:t>Sprzedawca może skontaktować się z Klientem w celu wyjaśnienia uzasadnionych wątpliwości dotyczących Zamówienia, w szczególności niekompletnych danych adresowych.</w:t>
      </w:r>
    </w:p>
    <w:p w14:paraId="273A30BF" w14:textId="77777777" w:rsidR="00AF260D" w:rsidRPr="007E2F8E" w:rsidRDefault="00000000">
      <w:pPr>
        <w:pStyle w:val="Nagwek1"/>
        <w:rPr>
          <w:lang w:val="pl-PL"/>
        </w:rPr>
      </w:pPr>
      <w:r w:rsidRPr="007E2F8E">
        <w:rPr>
          <w:lang w:val="pl-PL"/>
        </w:rPr>
        <w:t>§ 6. Płatności</w:t>
      </w:r>
    </w:p>
    <w:p w14:paraId="68D7CF63" w14:textId="14E7114B" w:rsidR="00744CF1" w:rsidRPr="009067CE" w:rsidRDefault="00000000">
      <w:pPr>
        <w:pStyle w:val="Akapitzlist"/>
        <w:numPr>
          <w:ilvl w:val="0"/>
          <w:numId w:val="43"/>
        </w:numPr>
        <w:jc w:val="both"/>
        <w:rPr>
          <w:lang w:val="pl-PL"/>
        </w:rPr>
      </w:pPr>
      <w:r w:rsidRPr="009067CE">
        <w:rPr>
          <w:lang w:val="pl-PL"/>
        </w:rPr>
        <w:t xml:space="preserve">Klient może zapłacić za Zamówienie: </w:t>
      </w:r>
    </w:p>
    <w:p w14:paraId="2B13557C" w14:textId="34BFCDCF" w:rsidR="00744CF1" w:rsidRPr="009067CE" w:rsidRDefault="00000000">
      <w:pPr>
        <w:pStyle w:val="Akapitzlist"/>
        <w:numPr>
          <w:ilvl w:val="1"/>
          <w:numId w:val="42"/>
        </w:numPr>
        <w:jc w:val="both"/>
        <w:rPr>
          <w:lang w:val="pl-PL"/>
        </w:rPr>
      </w:pPr>
      <w:r w:rsidRPr="009067CE">
        <w:rPr>
          <w:lang w:val="pl-PL"/>
        </w:rPr>
        <w:t xml:space="preserve">przelewem tradycyjnym na rachunek bankowy wskazany w Sklepie lub wiadomości potwierdzającej Zamówienie; </w:t>
      </w:r>
    </w:p>
    <w:p w14:paraId="7E6CDC56" w14:textId="35FC8205" w:rsidR="00AF260D" w:rsidRPr="009067CE" w:rsidRDefault="00000000">
      <w:pPr>
        <w:pStyle w:val="Akapitzlist"/>
        <w:numPr>
          <w:ilvl w:val="1"/>
          <w:numId w:val="42"/>
        </w:numPr>
        <w:jc w:val="both"/>
        <w:rPr>
          <w:lang w:val="pl-PL"/>
        </w:rPr>
      </w:pPr>
      <w:r w:rsidRPr="009067CE">
        <w:rPr>
          <w:lang w:val="pl-PL"/>
        </w:rPr>
        <w:t xml:space="preserve">za pośrednictwem systemu płatności online obsługiwanego przez </w:t>
      </w:r>
      <w:r w:rsidR="004D5181" w:rsidRPr="009067CE">
        <w:rPr>
          <w:lang w:val="pl-PL"/>
        </w:rPr>
        <w:t>Przelewy24.</w:t>
      </w:r>
    </w:p>
    <w:p w14:paraId="314DBDFD" w14:textId="326CE5C9" w:rsidR="00AF260D" w:rsidRPr="009067CE" w:rsidRDefault="00000000">
      <w:pPr>
        <w:pStyle w:val="Akapitzlist"/>
        <w:numPr>
          <w:ilvl w:val="0"/>
          <w:numId w:val="43"/>
        </w:numPr>
        <w:jc w:val="both"/>
        <w:rPr>
          <w:lang w:val="pl-PL"/>
        </w:rPr>
      </w:pPr>
      <w:r w:rsidRPr="009067CE">
        <w:rPr>
          <w:lang w:val="pl-PL"/>
        </w:rPr>
        <w:t>Dostępne metody płatności są prezentowane Klientowi przed złożeniem Zamówienia.</w:t>
      </w:r>
    </w:p>
    <w:p w14:paraId="0E7E585F" w14:textId="0E153724" w:rsidR="00AF260D" w:rsidRPr="009067CE" w:rsidRDefault="00000000">
      <w:pPr>
        <w:pStyle w:val="Akapitzlist"/>
        <w:numPr>
          <w:ilvl w:val="0"/>
          <w:numId w:val="43"/>
        </w:numPr>
        <w:jc w:val="both"/>
        <w:rPr>
          <w:lang w:val="pl-PL"/>
        </w:rPr>
      </w:pPr>
      <w:r w:rsidRPr="009067CE">
        <w:rPr>
          <w:lang w:val="pl-PL"/>
        </w:rPr>
        <w:lastRenderedPageBreak/>
        <w:t>W przypadku przelewu tradycyjnego Klient powinien podać w tytule płatności numer Zamówienia. Termin na dokonanie płatności wynosi 3 dni robocze od dnia złożenia Zamówienia.</w:t>
      </w:r>
    </w:p>
    <w:p w14:paraId="2010F69A" w14:textId="5D7AA786" w:rsidR="00AF260D" w:rsidRPr="009067CE" w:rsidRDefault="00000000">
      <w:pPr>
        <w:pStyle w:val="Akapitzlist"/>
        <w:numPr>
          <w:ilvl w:val="0"/>
          <w:numId w:val="43"/>
        </w:numPr>
        <w:jc w:val="both"/>
        <w:rPr>
          <w:lang w:val="pl-PL"/>
        </w:rPr>
      </w:pPr>
      <w:r w:rsidRPr="009067CE">
        <w:rPr>
          <w:lang w:val="pl-PL"/>
        </w:rPr>
        <w:t>W przypadku płatności online płatność jest realizowana zgodnie z regulaminem operatora płatności. Sprzedawca nie pobiera opłaty za wybraną metodę płatności w wysokości przekraczającej koszty poniesione przez Sprzedawcę w związku z jej zastosowaniem.</w:t>
      </w:r>
    </w:p>
    <w:p w14:paraId="45D12D5D" w14:textId="09FA2B3F" w:rsidR="00AF260D" w:rsidRPr="009067CE" w:rsidRDefault="00000000">
      <w:pPr>
        <w:pStyle w:val="Akapitzlist"/>
        <w:numPr>
          <w:ilvl w:val="0"/>
          <w:numId w:val="43"/>
        </w:numPr>
        <w:jc w:val="both"/>
        <w:rPr>
          <w:lang w:val="pl-PL"/>
        </w:rPr>
      </w:pPr>
      <w:r w:rsidRPr="009067CE">
        <w:rPr>
          <w:lang w:val="pl-PL"/>
        </w:rPr>
        <w:t>W razie braku płatności w terminie Sprzedawca może anulować Zamówienie po uprzednim wezwaniu Klienta do zapłaty i wyznaczeniu odpowiedniego dodatkowego terminu, chyba że charakter Zamówienia lub uzgodnione warunki uzasadniają niezwłoczne anulowanie.</w:t>
      </w:r>
    </w:p>
    <w:p w14:paraId="04C62434" w14:textId="6956A904" w:rsidR="00AF260D" w:rsidRPr="009067CE" w:rsidRDefault="00000000">
      <w:pPr>
        <w:pStyle w:val="Akapitzlist"/>
        <w:numPr>
          <w:ilvl w:val="0"/>
          <w:numId w:val="43"/>
        </w:numPr>
        <w:jc w:val="both"/>
        <w:rPr>
          <w:lang w:val="pl-PL"/>
        </w:rPr>
      </w:pPr>
      <w:r w:rsidRPr="009067CE">
        <w:rPr>
          <w:lang w:val="pl-PL"/>
        </w:rPr>
        <w:t>Dowód zakupu jest dostarczany Klientowi w formie elektronicznej na podany adres e-mail, chyba że przepisy lub uzgodnienia wymagają innej formy.</w:t>
      </w:r>
    </w:p>
    <w:p w14:paraId="40678315" w14:textId="77777777" w:rsidR="00AF260D" w:rsidRPr="007E2F8E" w:rsidRDefault="00000000">
      <w:pPr>
        <w:pStyle w:val="Nagwek1"/>
        <w:rPr>
          <w:lang w:val="pl-PL"/>
        </w:rPr>
      </w:pPr>
      <w:r w:rsidRPr="007E2F8E">
        <w:rPr>
          <w:lang w:val="pl-PL"/>
        </w:rPr>
        <w:t>§ 7. Dostawa i wydanie Towaru</w:t>
      </w:r>
    </w:p>
    <w:p w14:paraId="5E1C8C34" w14:textId="60722404" w:rsidR="00AF260D" w:rsidRPr="009067CE" w:rsidRDefault="00000000">
      <w:pPr>
        <w:pStyle w:val="Akapitzlist"/>
        <w:numPr>
          <w:ilvl w:val="0"/>
          <w:numId w:val="44"/>
        </w:numPr>
        <w:jc w:val="both"/>
        <w:rPr>
          <w:lang w:val="pl-PL"/>
        </w:rPr>
      </w:pPr>
      <w:r w:rsidRPr="009067CE">
        <w:rPr>
          <w:lang w:val="pl-PL"/>
        </w:rPr>
        <w:t>Dostawa Towarów jest realizowana wyłącznie na adresy znajdujące się na terytorium Polski.</w:t>
      </w:r>
    </w:p>
    <w:p w14:paraId="083B7CFD" w14:textId="6608F146" w:rsidR="00AF260D" w:rsidRPr="009067CE" w:rsidRDefault="00000000">
      <w:pPr>
        <w:pStyle w:val="Akapitzlist"/>
        <w:numPr>
          <w:ilvl w:val="0"/>
          <w:numId w:val="44"/>
        </w:numPr>
        <w:jc w:val="both"/>
        <w:rPr>
          <w:lang w:val="pl-PL"/>
        </w:rPr>
      </w:pPr>
      <w:r w:rsidRPr="009067CE">
        <w:rPr>
          <w:lang w:val="pl-PL"/>
        </w:rPr>
        <w:t>Dostępne sposoby dostawy: przesyłka kurierska / paczkomat</w:t>
      </w:r>
      <w:r w:rsidR="00744CF1" w:rsidRPr="009067CE">
        <w:rPr>
          <w:lang w:val="pl-PL"/>
        </w:rPr>
        <w:t>.</w:t>
      </w:r>
      <w:r w:rsidRPr="009067CE">
        <w:rPr>
          <w:lang w:val="pl-PL"/>
        </w:rPr>
        <w:t xml:space="preserve"> Dostępne formy i ich koszt są prezentowane w koszyku przed złożeniem Zamówienia.</w:t>
      </w:r>
    </w:p>
    <w:p w14:paraId="7B4270CF" w14:textId="6EBAE1AB" w:rsidR="00744CF1" w:rsidRPr="009067CE" w:rsidRDefault="00000000">
      <w:pPr>
        <w:pStyle w:val="Akapitzlist"/>
        <w:numPr>
          <w:ilvl w:val="0"/>
          <w:numId w:val="44"/>
        </w:numPr>
        <w:jc w:val="both"/>
        <w:rPr>
          <w:lang w:val="pl-PL"/>
        </w:rPr>
      </w:pPr>
      <w:r w:rsidRPr="009067CE">
        <w:rPr>
          <w:lang w:val="pl-PL"/>
        </w:rPr>
        <w:t>Termin wysyłki wynosi</w:t>
      </w:r>
      <w:r w:rsidR="004D5181" w:rsidRPr="009067CE">
        <w:rPr>
          <w:lang w:val="pl-PL"/>
        </w:rPr>
        <w:t xml:space="preserve"> </w:t>
      </w:r>
      <w:r w:rsidR="0057532A" w:rsidRPr="009067CE">
        <w:rPr>
          <w:lang w:val="pl-PL"/>
        </w:rPr>
        <w:t xml:space="preserve">od </w:t>
      </w:r>
      <w:r w:rsidR="004D5181" w:rsidRPr="009067CE">
        <w:rPr>
          <w:lang w:val="pl-PL"/>
        </w:rPr>
        <w:t>2</w:t>
      </w:r>
      <w:r w:rsidR="0057532A" w:rsidRPr="009067CE">
        <w:rPr>
          <w:lang w:val="pl-PL"/>
        </w:rPr>
        <w:t xml:space="preserve"> do </w:t>
      </w:r>
      <w:r w:rsidR="004D5181" w:rsidRPr="009067CE">
        <w:rPr>
          <w:lang w:val="pl-PL"/>
        </w:rPr>
        <w:t>5</w:t>
      </w:r>
      <w:r w:rsidRPr="009067CE">
        <w:rPr>
          <w:lang w:val="pl-PL"/>
        </w:rPr>
        <w:t xml:space="preserve"> </w:t>
      </w:r>
      <w:r w:rsidR="00744CF1" w:rsidRPr="009067CE">
        <w:rPr>
          <w:lang w:val="pl-PL"/>
        </w:rPr>
        <w:t>d</w:t>
      </w:r>
      <w:r w:rsidRPr="009067CE">
        <w:rPr>
          <w:lang w:val="pl-PL"/>
        </w:rPr>
        <w:t>ni robocz</w:t>
      </w:r>
      <w:r w:rsidR="0057532A" w:rsidRPr="009067CE">
        <w:rPr>
          <w:lang w:val="pl-PL"/>
        </w:rPr>
        <w:t>ych</w:t>
      </w:r>
      <w:r w:rsidRPr="009067CE">
        <w:rPr>
          <w:lang w:val="pl-PL"/>
        </w:rPr>
        <w:t xml:space="preserve"> od dnia: </w:t>
      </w:r>
    </w:p>
    <w:p w14:paraId="64C67834" w14:textId="3047710E" w:rsidR="00744CF1" w:rsidRPr="009067CE" w:rsidRDefault="00000000">
      <w:pPr>
        <w:pStyle w:val="Akapitzlist"/>
        <w:numPr>
          <w:ilvl w:val="1"/>
          <w:numId w:val="44"/>
        </w:numPr>
        <w:jc w:val="both"/>
        <w:rPr>
          <w:lang w:val="pl-PL"/>
        </w:rPr>
      </w:pPr>
      <w:r w:rsidRPr="009067CE">
        <w:rPr>
          <w:lang w:val="pl-PL"/>
        </w:rPr>
        <w:t xml:space="preserve">zaksięgowania płatności – przy przelewie tradycyjnym; </w:t>
      </w:r>
    </w:p>
    <w:p w14:paraId="6D369E12" w14:textId="23FBFC0F" w:rsidR="00AF260D" w:rsidRPr="009067CE" w:rsidRDefault="00000000">
      <w:pPr>
        <w:pStyle w:val="Akapitzlist"/>
        <w:numPr>
          <w:ilvl w:val="1"/>
          <w:numId w:val="44"/>
        </w:numPr>
        <w:jc w:val="both"/>
        <w:rPr>
          <w:lang w:val="pl-PL"/>
        </w:rPr>
      </w:pPr>
      <w:r w:rsidRPr="009067CE">
        <w:rPr>
          <w:lang w:val="pl-PL"/>
        </w:rPr>
        <w:t>otrzymania potwierdzenia autoryzacji płatności – przy płatności online; chyba że na stronie Towaru lub w podsumowaniu Zamówienia wskazano inny termin.</w:t>
      </w:r>
    </w:p>
    <w:p w14:paraId="635B002A" w14:textId="4436173D" w:rsidR="00AF260D" w:rsidRPr="009067CE" w:rsidRDefault="00000000">
      <w:pPr>
        <w:pStyle w:val="Akapitzlist"/>
        <w:numPr>
          <w:ilvl w:val="0"/>
          <w:numId w:val="45"/>
        </w:numPr>
        <w:jc w:val="both"/>
        <w:rPr>
          <w:lang w:val="pl-PL"/>
        </w:rPr>
      </w:pPr>
      <w:r w:rsidRPr="009067CE">
        <w:rPr>
          <w:lang w:val="pl-PL"/>
        </w:rPr>
        <w:t>Łączny przewidywany termin dostawy obejmuje termin przygotowania Zamówienia oraz termin przewozu podany przez przewoźnika. Sprzedawca powinien wydać Towar nie później niż w terminie wymaganym przepisami, chyba że strony uzgodniły inny termin.</w:t>
      </w:r>
    </w:p>
    <w:p w14:paraId="35222D31" w14:textId="6F861E07" w:rsidR="00AF260D" w:rsidRPr="009067CE" w:rsidRDefault="00000000">
      <w:pPr>
        <w:pStyle w:val="Akapitzlist"/>
        <w:numPr>
          <w:ilvl w:val="0"/>
          <w:numId w:val="44"/>
        </w:numPr>
        <w:jc w:val="both"/>
        <w:rPr>
          <w:lang w:val="pl-PL"/>
        </w:rPr>
      </w:pPr>
      <w:r w:rsidRPr="009067CE">
        <w:rPr>
          <w:lang w:val="pl-PL"/>
        </w:rPr>
        <w:t>Ryzyko przypadkowej utraty lub uszkodzenia Towaru przechodzi na Konsumenta z chwilą jego wydania Konsumentowi lub wskazanej przez niego osobie trzeciej innej niż przewoźnik. Jeżeli Konsument samodzielnie wybrał przewoźnika, którego Sprzedawca nie oferował, ryzyko przechodzi na Konsumenta z chwilą wydania Towaru temu przewoźnikowi.</w:t>
      </w:r>
    </w:p>
    <w:p w14:paraId="7B2C73C9" w14:textId="11E104C9" w:rsidR="00AF260D" w:rsidRPr="009067CE" w:rsidRDefault="00000000">
      <w:pPr>
        <w:pStyle w:val="Akapitzlist"/>
        <w:numPr>
          <w:ilvl w:val="0"/>
          <w:numId w:val="44"/>
        </w:numPr>
        <w:jc w:val="both"/>
        <w:rPr>
          <w:lang w:val="pl-PL"/>
        </w:rPr>
      </w:pPr>
      <w:r w:rsidRPr="009067CE">
        <w:rPr>
          <w:lang w:val="pl-PL"/>
        </w:rPr>
        <w:t>Klient powinien, w miarę możliwości, sprawdzić stan przesyłki przy odbiorze. Stwierdzenie uszkodzenia opakowania nie ogranicza ustawowych praw Klienta, jednak sporządzenie dokumentacji zdjęciowej lub protokołu szkody może ułatwić dochodzenie roszczeń wobec przewoźnika.</w:t>
      </w:r>
    </w:p>
    <w:p w14:paraId="5358CDBD" w14:textId="1920F58B" w:rsidR="0057532A" w:rsidRPr="009067CE" w:rsidRDefault="00000000">
      <w:pPr>
        <w:pStyle w:val="Akapitzlist"/>
        <w:numPr>
          <w:ilvl w:val="0"/>
          <w:numId w:val="44"/>
        </w:numPr>
        <w:jc w:val="both"/>
        <w:rPr>
          <w:lang w:val="pl-PL"/>
        </w:rPr>
      </w:pPr>
      <w:r w:rsidRPr="009067CE">
        <w:rPr>
          <w:lang w:val="pl-PL"/>
        </w:rPr>
        <w:t>W razie zwrotu przesyłki do Sprzedawcy z przyczyn leżących po stronie Klienta, w szczególności wskutek podania błędnego adresu albo nieodebrania przesyłki, Sprzedawca skontaktuje się z Klientem w celu ustalenia dalszego sposobu realizacji. Ponowna wysyłka wymaga pokrycia kosztów ponownego doręczenia</w:t>
      </w:r>
      <w:r w:rsidR="00744CF1" w:rsidRPr="009067CE">
        <w:rPr>
          <w:lang w:val="pl-PL"/>
        </w:rPr>
        <w:t>.</w:t>
      </w:r>
    </w:p>
    <w:p w14:paraId="118DF62D" w14:textId="2468568F" w:rsidR="007E2F8E" w:rsidRPr="0057532A" w:rsidRDefault="007E2F8E" w:rsidP="0057532A">
      <w:pPr>
        <w:pStyle w:val="Nagwek1"/>
        <w:rPr>
          <w:lang w:val="pl-PL"/>
        </w:rPr>
      </w:pPr>
      <w:r w:rsidRPr="0057532A">
        <w:rPr>
          <w:lang w:val="pl-PL"/>
        </w:rPr>
        <w:t xml:space="preserve"> </w:t>
      </w:r>
      <w:r w:rsidR="0057532A" w:rsidRPr="007E2F8E">
        <w:rPr>
          <w:lang w:val="pl-PL"/>
        </w:rPr>
        <w:t>§</w:t>
      </w:r>
      <w:r w:rsidR="0057532A">
        <w:rPr>
          <w:lang w:val="pl-PL"/>
        </w:rPr>
        <w:t xml:space="preserve"> </w:t>
      </w:r>
      <w:r w:rsidR="0057532A" w:rsidRPr="0057532A">
        <w:rPr>
          <w:lang w:val="pl-PL"/>
        </w:rPr>
        <w:t>8</w:t>
      </w:r>
      <w:r w:rsidRPr="0057532A">
        <w:rPr>
          <w:lang w:val="pl-PL"/>
        </w:rPr>
        <w:t>. Prawo odstąpienia od umowy</w:t>
      </w:r>
    </w:p>
    <w:p w14:paraId="0E29DD3D" w14:textId="6533030C" w:rsidR="007E2F8E" w:rsidRPr="007E2F8E" w:rsidRDefault="007E2F8E">
      <w:pPr>
        <w:numPr>
          <w:ilvl w:val="0"/>
          <w:numId w:val="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Klient będący Konsumentem lub Przedsiębiorcą na prawach konsumenta ma prawo odstąpić od Umowy Sprzedaży zawartej na odległość bez podawania przyczyny w terminie 14 dni od dnia </w:t>
      </w:r>
      <w:r w:rsidR="003B034F">
        <w:rPr>
          <w:lang w:val="pl-PL"/>
        </w:rPr>
        <w:t>odbioru</w:t>
      </w:r>
      <w:r w:rsidRPr="007E2F8E">
        <w:rPr>
          <w:lang w:val="pl-PL"/>
        </w:rPr>
        <w:t xml:space="preserve">. </w:t>
      </w:r>
    </w:p>
    <w:p w14:paraId="77192C2C" w14:textId="77777777" w:rsidR="007E2F8E" w:rsidRPr="007E2F8E" w:rsidRDefault="007E2F8E">
      <w:pPr>
        <w:numPr>
          <w:ilvl w:val="0"/>
          <w:numId w:val="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Aby zachować termin do odstąpienia od umowy, wystarczy wysłanie oświadczenia przed jego upływem. </w:t>
      </w:r>
    </w:p>
    <w:p w14:paraId="1BC08AF9" w14:textId="77777777" w:rsidR="007E2F8E" w:rsidRPr="007E2F8E" w:rsidRDefault="007E2F8E">
      <w:pPr>
        <w:numPr>
          <w:ilvl w:val="0"/>
          <w:numId w:val="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Oświadczenie o odstąpieniu od umowy może zostać złożone: </w:t>
      </w:r>
    </w:p>
    <w:p w14:paraId="44A03704" w14:textId="0E934677" w:rsidR="007E2F8E" w:rsidRDefault="007E2F8E">
      <w:pPr>
        <w:pStyle w:val="Akapitzlist"/>
        <w:numPr>
          <w:ilvl w:val="1"/>
          <w:numId w:val="7"/>
        </w:numPr>
        <w:spacing w:before="100" w:beforeAutospacing="1" w:afterAutospacing="1" w:line="240" w:lineRule="auto"/>
        <w:jc w:val="both"/>
      </w:pPr>
      <w:r>
        <w:t xml:space="preserve">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pisemnej</w:t>
      </w:r>
      <w:proofErr w:type="spellEnd"/>
      <w:r>
        <w:t xml:space="preserve">, </w:t>
      </w:r>
    </w:p>
    <w:p w14:paraId="516B7602" w14:textId="77777777" w:rsidR="007E2F8E" w:rsidRPr="007E2F8E" w:rsidRDefault="007E2F8E">
      <w:pPr>
        <w:numPr>
          <w:ilvl w:val="1"/>
          <w:numId w:val="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drogą elektroniczną na adres e-mail Fundacji, </w:t>
      </w:r>
    </w:p>
    <w:p w14:paraId="229B1799" w14:textId="77777777" w:rsidR="007E2F8E" w:rsidRPr="007E2F8E" w:rsidRDefault="007E2F8E">
      <w:pPr>
        <w:numPr>
          <w:ilvl w:val="1"/>
          <w:numId w:val="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poprzez formularz udostępniony przez Sprzedawcę (jeżeli taki zostanie uruchomiony). </w:t>
      </w:r>
    </w:p>
    <w:p w14:paraId="1AF63FF4" w14:textId="4E49AF0F" w:rsidR="007E2F8E" w:rsidRPr="009067CE" w:rsidRDefault="007E2F8E">
      <w:pPr>
        <w:numPr>
          <w:ilvl w:val="0"/>
          <w:numId w:val="7"/>
        </w:numPr>
        <w:spacing w:before="100" w:beforeAutospacing="1" w:afterAutospacing="1" w:line="240" w:lineRule="auto"/>
        <w:rPr>
          <w:lang w:val="pl-PL"/>
        </w:rPr>
      </w:pPr>
      <w:r w:rsidRPr="009067CE">
        <w:rPr>
          <w:lang w:val="pl-PL"/>
        </w:rPr>
        <w:t xml:space="preserve">Wzór formularza odstąpienia od umowy stanowi załącznik do niniejszego Regulaminu. </w:t>
      </w:r>
    </w:p>
    <w:p w14:paraId="74002DEF" w14:textId="12E03623" w:rsidR="007E2F8E" w:rsidRDefault="007E2F8E" w:rsidP="007E2F8E">
      <w:pPr>
        <w:pStyle w:val="Nagwek1"/>
      </w:pPr>
      <w:r>
        <w:lastRenderedPageBreak/>
        <w:t xml:space="preserve">§ </w:t>
      </w:r>
      <w:r w:rsidR="0057532A">
        <w:t>9</w:t>
      </w:r>
      <w:r>
        <w:t xml:space="preserve">. </w:t>
      </w:r>
      <w:proofErr w:type="spellStart"/>
      <w:r>
        <w:t>Skutki</w:t>
      </w:r>
      <w:proofErr w:type="spellEnd"/>
      <w:r>
        <w:t xml:space="preserve"> </w:t>
      </w:r>
      <w:proofErr w:type="spellStart"/>
      <w:r>
        <w:t>odstąpienia</w:t>
      </w:r>
      <w:proofErr w:type="spellEnd"/>
      <w:r>
        <w:t xml:space="preserve"> od </w:t>
      </w:r>
      <w:proofErr w:type="spellStart"/>
      <w:r>
        <w:t>umowy</w:t>
      </w:r>
      <w:proofErr w:type="spellEnd"/>
    </w:p>
    <w:p w14:paraId="45EF0FCD" w14:textId="77777777" w:rsidR="007E2F8E" w:rsidRPr="007E2F8E" w:rsidRDefault="007E2F8E">
      <w:pPr>
        <w:numPr>
          <w:ilvl w:val="0"/>
          <w:numId w:val="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W przypadku skutecznego odstąpienia od umowy uważa się ją za niezawartą. </w:t>
      </w:r>
    </w:p>
    <w:p w14:paraId="7F3E0D8D" w14:textId="77777777" w:rsidR="007E2F8E" w:rsidRPr="007E2F8E" w:rsidRDefault="007E2F8E">
      <w:pPr>
        <w:numPr>
          <w:ilvl w:val="0"/>
          <w:numId w:val="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Fundacja Veritas zwróci Klientowi wszystkie otrzymane płatności, w tym koszt najtańszej oferowanej dostawy. </w:t>
      </w:r>
    </w:p>
    <w:p w14:paraId="0A9AD183" w14:textId="77777777" w:rsidR="007E2F8E" w:rsidRPr="007E2F8E" w:rsidRDefault="007E2F8E">
      <w:pPr>
        <w:numPr>
          <w:ilvl w:val="0"/>
          <w:numId w:val="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Zwrot środków nastąpi nie później niż w terminie 14 dni od dnia otrzymania oświadczenia o odstąpieniu. </w:t>
      </w:r>
    </w:p>
    <w:p w14:paraId="52444C77" w14:textId="1A5623CE" w:rsidR="007E2F8E" w:rsidRPr="003B4566" w:rsidRDefault="007E2F8E">
      <w:pPr>
        <w:numPr>
          <w:ilvl w:val="0"/>
          <w:numId w:val="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>Fundacja może wstrzymać się ze zwrotem płatności do chwili</w:t>
      </w:r>
      <w:r w:rsidR="003B4566">
        <w:rPr>
          <w:lang w:val="pl-PL"/>
        </w:rPr>
        <w:t xml:space="preserve"> </w:t>
      </w:r>
      <w:r w:rsidRPr="003B4566">
        <w:rPr>
          <w:lang w:val="pl-PL"/>
        </w:rPr>
        <w:t>otrzymania Towaru</w:t>
      </w:r>
      <w:r w:rsidR="003B4566">
        <w:rPr>
          <w:lang w:val="pl-PL"/>
        </w:rPr>
        <w:t>.</w:t>
      </w:r>
    </w:p>
    <w:p w14:paraId="3F39F1D4" w14:textId="1739E3DC" w:rsidR="007E2F8E" w:rsidRPr="009067CE" w:rsidRDefault="007E2F8E">
      <w:pPr>
        <w:numPr>
          <w:ilvl w:val="0"/>
          <w:numId w:val="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Zwrot następuje przy użyciu takiego samego sposobu płatności, jakiego użył Klient, chyba że strony uzgodnią inaczej. </w:t>
      </w:r>
    </w:p>
    <w:p w14:paraId="2CFF3AEB" w14:textId="43F99914" w:rsidR="007E2F8E" w:rsidRDefault="007E2F8E" w:rsidP="007E2F8E">
      <w:pPr>
        <w:pStyle w:val="Nagwek1"/>
      </w:pPr>
      <w:r>
        <w:t>§ 1</w:t>
      </w:r>
      <w:r w:rsidR="0057532A">
        <w:t>0</w:t>
      </w:r>
      <w:r>
        <w:t xml:space="preserve">. </w:t>
      </w:r>
      <w:proofErr w:type="spellStart"/>
      <w:r>
        <w:t>Zwrot</w:t>
      </w:r>
      <w:proofErr w:type="spellEnd"/>
      <w:r>
        <w:t xml:space="preserve"> </w:t>
      </w:r>
      <w:proofErr w:type="spellStart"/>
      <w:r>
        <w:t>towaru</w:t>
      </w:r>
      <w:proofErr w:type="spellEnd"/>
    </w:p>
    <w:p w14:paraId="5684083C" w14:textId="77777777" w:rsidR="007E2F8E" w:rsidRPr="007E2F8E" w:rsidRDefault="007E2F8E">
      <w:pPr>
        <w:numPr>
          <w:ilvl w:val="0"/>
          <w:numId w:val="9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Klient zobowiązany jest zwrócić Towar niezwłocznie, nie później niż w terminie 14 dni od dnia odstąpienia od umowy. </w:t>
      </w:r>
    </w:p>
    <w:p w14:paraId="223CCED9" w14:textId="77777777" w:rsidR="007E2F8E" w:rsidRPr="007E2F8E" w:rsidRDefault="007E2F8E">
      <w:pPr>
        <w:numPr>
          <w:ilvl w:val="0"/>
          <w:numId w:val="9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Koszt zwrotu Towaru ponosi Klient, chyba że Sprzedawca poinformuje inaczej. </w:t>
      </w:r>
    </w:p>
    <w:p w14:paraId="11D827A3" w14:textId="77777777" w:rsidR="007E2F8E" w:rsidRPr="007E2F8E" w:rsidRDefault="007E2F8E">
      <w:pPr>
        <w:numPr>
          <w:ilvl w:val="0"/>
          <w:numId w:val="9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Towar powinien zostać odpowiednio zabezpieczony. </w:t>
      </w:r>
    </w:p>
    <w:p w14:paraId="2BF0EAF2" w14:textId="301F2711" w:rsidR="007E2F8E" w:rsidRPr="0057532A" w:rsidRDefault="007E2F8E">
      <w:pPr>
        <w:numPr>
          <w:ilvl w:val="0"/>
          <w:numId w:val="9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Klient odpowiada wyłącznie za zmniejszenie wartości Towaru wynikające z korzystania z niego w sposób wykraczający poza konieczny do stwierdzenia jego charakteru, cech i funkcjonowania. </w:t>
      </w:r>
    </w:p>
    <w:p w14:paraId="54721FAD" w14:textId="1A353630" w:rsidR="007E2F8E" w:rsidRPr="003B4566" w:rsidRDefault="007E2F8E" w:rsidP="007E2F8E">
      <w:pPr>
        <w:pStyle w:val="Nagwek1"/>
        <w:rPr>
          <w:rFonts w:ascii="Aptos" w:hAnsi="Aptos"/>
          <w:lang w:val="pl-PL"/>
        </w:rPr>
      </w:pPr>
      <w:r w:rsidRPr="003B4566">
        <w:rPr>
          <w:rFonts w:ascii="Aptos" w:hAnsi="Aptos"/>
          <w:lang w:val="pl-PL"/>
        </w:rPr>
        <w:t>§ 1</w:t>
      </w:r>
      <w:r w:rsidR="0057532A">
        <w:rPr>
          <w:rFonts w:ascii="Aptos" w:hAnsi="Aptos"/>
          <w:lang w:val="pl-PL"/>
        </w:rPr>
        <w:t>1</w:t>
      </w:r>
      <w:r w:rsidRPr="003B4566">
        <w:rPr>
          <w:rFonts w:ascii="Aptos" w:hAnsi="Aptos"/>
          <w:lang w:val="pl-PL"/>
        </w:rPr>
        <w:t>. Wyłączenia prawa odstąpienia</w:t>
      </w:r>
    </w:p>
    <w:p w14:paraId="393620EA" w14:textId="77777777" w:rsidR="007E2F8E" w:rsidRPr="003B4566" w:rsidRDefault="007E2F8E" w:rsidP="0057532A">
      <w:pPr>
        <w:pStyle w:val="NormalnyWeb"/>
        <w:jc w:val="both"/>
        <w:rPr>
          <w:rFonts w:ascii="Aptos" w:hAnsi="Aptos"/>
          <w:sz w:val="21"/>
          <w:szCs w:val="21"/>
        </w:rPr>
      </w:pPr>
      <w:r w:rsidRPr="003B4566">
        <w:rPr>
          <w:rFonts w:ascii="Aptos" w:hAnsi="Aptos"/>
          <w:sz w:val="21"/>
          <w:szCs w:val="21"/>
        </w:rPr>
        <w:t>Prawo odstąpienia nie przysługuje w przypadkach określonych w ustawie o prawach konsumenta, w szczególności gdy przedmiotem zamówienia są:</w:t>
      </w:r>
    </w:p>
    <w:p w14:paraId="6C998E84" w14:textId="17F9114F" w:rsidR="007E2F8E" w:rsidRPr="0057532A" w:rsidRDefault="007E2F8E">
      <w:pPr>
        <w:pStyle w:val="Akapitzlist"/>
        <w:numPr>
          <w:ilvl w:val="0"/>
          <w:numId w:val="10"/>
        </w:numPr>
        <w:spacing w:before="100" w:beforeAutospacing="1" w:afterAutospacing="1" w:line="240" w:lineRule="auto"/>
        <w:jc w:val="both"/>
        <w:rPr>
          <w:lang w:val="pl-PL"/>
        </w:rPr>
      </w:pPr>
      <w:r w:rsidRPr="0057532A">
        <w:rPr>
          <w:lang w:val="pl-PL"/>
        </w:rPr>
        <w:t xml:space="preserve">produkty wykonywane według specyfikacji Klienta, </w:t>
      </w:r>
    </w:p>
    <w:p w14:paraId="59FD522A" w14:textId="77777777" w:rsidR="007E2F8E" w:rsidRDefault="007E2F8E">
      <w:pPr>
        <w:numPr>
          <w:ilvl w:val="0"/>
          <w:numId w:val="10"/>
        </w:numPr>
        <w:spacing w:before="100" w:beforeAutospacing="1" w:afterAutospacing="1" w:line="240" w:lineRule="auto"/>
        <w:jc w:val="both"/>
      </w:pPr>
      <w:proofErr w:type="spellStart"/>
      <w:r>
        <w:t>produkty</w:t>
      </w:r>
      <w:proofErr w:type="spellEnd"/>
      <w:r>
        <w:t xml:space="preserve"> </w:t>
      </w:r>
      <w:proofErr w:type="spellStart"/>
      <w:r>
        <w:t>personalizowane</w:t>
      </w:r>
      <w:proofErr w:type="spellEnd"/>
      <w:r>
        <w:t xml:space="preserve">, </w:t>
      </w:r>
    </w:p>
    <w:p w14:paraId="66460AF8" w14:textId="77777777" w:rsidR="007E2F8E" w:rsidRPr="007E2F8E" w:rsidRDefault="007E2F8E">
      <w:pPr>
        <w:numPr>
          <w:ilvl w:val="0"/>
          <w:numId w:val="10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rzeczy dostarczane w zapieczętowanym opakowaniu, których po otwarciu nie można zwrócić ze względów higienicznych, </w:t>
      </w:r>
    </w:p>
    <w:p w14:paraId="281FB3A5" w14:textId="77777777" w:rsidR="007E2F8E" w:rsidRPr="007E2F8E" w:rsidRDefault="007E2F8E">
      <w:pPr>
        <w:numPr>
          <w:ilvl w:val="0"/>
          <w:numId w:val="10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nagrania lub oprogramowanie po otwarciu opakowania, </w:t>
      </w:r>
    </w:p>
    <w:p w14:paraId="2BF88660" w14:textId="29ACE8FF" w:rsidR="007E2F8E" w:rsidRPr="0057532A" w:rsidRDefault="007E2F8E">
      <w:pPr>
        <w:numPr>
          <w:ilvl w:val="0"/>
          <w:numId w:val="10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treści cyfrowe dostarczane drogą elektroniczną. </w:t>
      </w:r>
    </w:p>
    <w:p w14:paraId="7847E458" w14:textId="358C3EC6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1</w:t>
      </w:r>
      <w:r w:rsidR="0057532A">
        <w:rPr>
          <w:lang w:val="pl-PL"/>
        </w:rPr>
        <w:t>2</w:t>
      </w:r>
      <w:r w:rsidRPr="007E2F8E">
        <w:rPr>
          <w:lang w:val="pl-PL"/>
        </w:rPr>
        <w:t>. Reklamacje dotyczące zgodności Towaru z umową</w:t>
      </w:r>
    </w:p>
    <w:p w14:paraId="790FF6A5" w14:textId="77777777" w:rsidR="007E2F8E" w:rsidRPr="007E2F8E" w:rsidRDefault="007E2F8E">
      <w:pPr>
        <w:numPr>
          <w:ilvl w:val="0"/>
          <w:numId w:val="11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Fundacja Veritas ponosi odpowiedzialność wobec Konsumenta za brak zgodności Towaru z umową zgodnie z obowiązującymi przepisami prawa. </w:t>
      </w:r>
    </w:p>
    <w:p w14:paraId="7476051C" w14:textId="77777777" w:rsidR="007E2F8E" w:rsidRDefault="007E2F8E">
      <w:pPr>
        <w:numPr>
          <w:ilvl w:val="0"/>
          <w:numId w:val="11"/>
        </w:numPr>
        <w:spacing w:after="0" w:line="240" w:lineRule="auto"/>
        <w:jc w:val="both"/>
      </w:pPr>
      <w:proofErr w:type="spellStart"/>
      <w:r>
        <w:t>Reklamacja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złożona</w:t>
      </w:r>
      <w:proofErr w:type="spellEnd"/>
      <w:r>
        <w:t xml:space="preserve">: </w:t>
      </w:r>
    </w:p>
    <w:p w14:paraId="34B0BFA0" w14:textId="77777777" w:rsidR="001C0B30" w:rsidRDefault="007E2F8E">
      <w:pPr>
        <w:pStyle w:val="Akapitzlist"/>
        <w:numPr>
          <w:ilvl w:val="0"/>
          <w:numId w:val="38"/>
        </w:numPr>
        <w:spacing w:after="0" w:line="240" w:lineRule="auto"/>
        <w:ind w:left="1134" w:hanging="425"/>
        <w:jc w:val="both"/>
      </w:pPr>
      <w:proofErr w:type="spellStart"/>
      <w:r>
        <w:t>drogą</w:t>
      </w:r>
      <w:proofErr w:type="spellEnd"/>
      <w:r>
        <w:t xml:space="preserve"> </w:t>
      </w:r>
      <w:proofErr w:type="spellStart"/>
      <w:r>
        <w:t>elektroniczną</w:t>
      </w:r>
      <w:proofErr w:type="spellEnd"/>
      <w:r>
        <w:t xml:space="preserve">, </w:t>
      </w:r>
    </w:p>
    <w:p w14:paraId="2A6952A8" w14:textId="728D6035" w:rsidR="007E2F8E" w:rsidRDefault="007E2F8E">
      <w:pPr>
        <w:pStyle w:val="Akapitzlist"/>
        <w:numPr>
          <w:ilvl w:val="0"/>
          <w:numId w:val="38"/>
        </w:numPr>
        <w:spacing w:after="0" w:line="240" w:lineRule="auto"/>
        <w:ind w:left="1134" w:hanging="425"/>
        <w:jc w:val="both"/>
      </w:pPr>
      <w:proofErr w:type="spellStart"/>
      <w:r>
        <w:t>pisemnie</w:t>
      </w:r>
      <w:proofErr w:type="spellEnd"/>
      <w:r>
        <w:t xml:space="preserve">. </w:t>
      </w:r>
    </w:p>
    <w:p w14:paraId="2594D225" w14:textId="77777777" w:rsidR="007E2F8E" w:rsidRDefault="007E2F8E">
      <w:pPr>
        <w:numPr>
          <w:ilvl w:val="0"/>
          <w:numId w:val="11"/>
        </w:numPr>
        <w:spacing w:after="0" w:line="240" w:lineRule="auto"/>
        <w:jc w:val="both"/>
      </w:pPr>
      <w:proofErr w:type="spellStart"/>
      <w:r>
        <w:t>Reklamacja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zawierać</w:t>
      </w:r>
      <w:proofErr w:type="spellEnd"/>
      <w:r>
        <w:t xml:space="preserve">: </w:t>
      </w:r>
    </w:p>
    <w:p w14:paraId="594EAA7C" w14:textId="00BEBAC5" w:rsidR="007E2F8E" w:rsidRDefault="007E2F8E">
      <w:pPr>
        <w:pStyle w:val="Akapitzlist"/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hanging="11"/>
        <w:jc w:val="both"/>
      </w:pPr>
      <w:proofErr w:type="spellStart"/>
      <w:r>
        <w:t>imię</w:t>
      </w:r>
      <w:proofErr w:type="spellEnd"/>
      <w:r>
        <w:t xml:space="preserve"> i </w:t>
      </w:r>
      <w:proofErr w:type="spellStart"/>
      <w:r>
        <w:t>nazwisko</w:t>
      </w:r>
      <w:proofErr w:type="spellEnd"/>
      <w:r>
        <w:t xml:space="preserve">, </w:t>
      </w:r>
    </w:p>
    <w:p w14:paraId="39EF371B" w14:textId="77777777" w:rsidR="007E2F8E" w:rsidRDefault="007E2F8E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hanging="11"/>
        <w:jc w:val="both"/>
      </w:pPr>
      <w:proofErr w:type="spellStart"/>
      <w:r>
        <w:t>numer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, </w:t>
      </w:r>
    </w:p>
    <w:p w14:paraId="2921DB68" w14:textId="77777777" w:rsidR="007E2F8E" w:rsidRDefault="007E2F8E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hanging="11"/>
        <w:jc w:val="both"/>
      </w:pPr>
      <w:proofErr w:type="spellStart"/>
      <w:r>
        <w:t>opis</w:t>
      </w:r>
      <w:proofErr w:type="spellEnd"/>
      <w:r>
        <w:t xml:space="preserve"> </w:t>
      </w:r>
      <w:proofErr w:type="spellStart"/>
      <w:r>
        <w:t>problemu</w:t>
      </w:r>
      <w:proofErr w:type="spellEnd"/>
      <w:r>
        <w:t xml:space="preserve">, </w:t>
      </w:r>
    </w:p>
    <w:p w14:paraId="12EADB08" w14:textId="77777777" w:rsidR="007E2F8E" w:rsidRDefault="007E2F8E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hanging="11"/>
        <w:jc w:val="both"/>
      </w:pPr>
      <w:proofErr w:type="spellStart"/>
      <w:r>
        <w:t>żądanie</w:t>
      </w:r>
      <w:proofErr w:type="spellEnd"/>
      <w:r>
        <w:t xml:space="preserve"> Klienta. </w:t>
      </w:r>
    </w:p>
    <w:p w14:paraId="254C60A7" w14:textId="4B5A4146" w:rsidR="007E2F8E" w:rsidRPr="0057532A" w:rsidRDefault="007E2F8E">
      <w:pPr>
        <w:numPr>
          <w:ilvl w:val="0"/>
          <w:numId w:val="13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Brak wszystkich powyższych informacji nie powoduje pozostawienia reklamacji bez rozpoznania, jeżeli możliwe jest ustalenie okoliczności sprawy. </w:t>
      </w:r>
    </w:p>
    <w:p w14:paraId="7E249C63" w14:textId="1CB6BED9" w:rsidR="007E2F8E" w:rsidRDefault="007E2F8E" w:rsidP="007E2F8E">
      <w:pPr>
        <w:pStyle w:val="Nagwek1"/>
      </w:pPr>
      <w:r>
        <w:lastRenderedPageBreak/>
        <w:t>§ 1</w:t>
      </w:r>
      <w:r w:rsidR="0057532A">
        <w:t>3</w:t>
      </w:r>
      <w:r>
        <w:t xml:space="preserve">. </w:t>
      </w:r>
      <w:proofErr w:type="spellStart"/>
      <w:r>
        <w:t>Rozpatrywanie</w:t>
      </w:r>
      <w:proofErr w:type="spellEnd"/>
      <w:r>
        <w:t xml:space="preserve"> </w:t>
      </w:r>
      <w:proofErr w:type="spellStart"/>
      <w:r>
        <w:t>reklamacji</w:t>
      </w:r>
      <w:proofErr w:type="spellEnd"/>
    </w:p>
    <w:p w14:paraId="5D908B3B" w14:textId="109BC257" w:rsidR="007E2F8E" w:rsidRPr="007E2F8E" w:rsidRDefault="007E2F8E">
      <w:pPr>
        <w:numPr>
          <w:ilvl w:val="0"/>
          <w:numId w:val="14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>Fundacja rozpatruje reklamację bez zbędnej zwłoki</w:t>
      </w:r>
      <w:r w:rsidR="0057532A">
        <w:rPr>
          <w:lang w:val="pl-PL"/>
        </w:rPr>
        <w:t xml:space="preserve">, nie później niż w terminie </w:t>
      </w:r>
      <w:r w:rsidR="00785EF4">
        <w:rPr>
          <w:lang w:val="pl-PL"/>
        </w:rPr>
        <w:t>14</w:t>
      </w:r>
      <w:r w:rsidR="0057532A">
        <w:rPr>
          <w:lang w:val="pl-PL"/>
        </w:rPr>
        <w:t xml:space="preserve"> dni od dnia jej otrzymania.</w:t>
      </w:r>
      <w:r w:rsidRPr="007E2F8E">
        <w:rPr>
          <w:lang w:val="pl-PL"/>
        </w:rPr>
        <w:t xml:space="preserve"> </w:t>
      </w:r>
    </w:p>
    <w:p w14:paraId="0D3A4DA6" w14:textId="77777777" w:rsidR="007E2F8E" w:rsidRPr="007E2F8E" w:rsidRDefault="007E2F8E">
      <w:pPr>
        <w:numPr>
          <w:ilvl w:val="0"/>
          <w:numId w:val="14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O sposobie jej rozpatrzenia Klient zostanie poinformowany drogą elektroniczną lub pisemnie. </w:t>
      </w:r>
    </w:p>
    <w:p w14:paraId="10C18C69" w14:textId="77777777" w:rsidR="007E2F8E" w:rsidRPr="007E2F8E" w:rsidRDefault="007E2F8E">
      <w:pPr>
        <w:numPr>
          <w:ilvl w:val="0"/>
          <w:numId w:val="14"/>
        </w:numPr>
        <w:spacing w:before="100" w:beforeAutospacing="1" w:after="0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Jeżeli reklamacja zostanie uznana, Fundacja może: </w:t>
      </w:r>
    </w:p>
    <w:p w14:paraId="2C93AC74" w14:textId="31C94F3E" w:rsidR="007E2F8E" w:rsidRDefault="007E2F8E">
      <w:pPr>
        <w:pStyle w:val="Akapitzlist"/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hanging="153"/>
      </w:pPr>
      <w:proofErr w:type="spellStart"/>
      <w:r>
        <w:t>wymienić</w:t>
      </w:r>
      <w:proofErr w:type="spellEnd"/>
      <w:r>
        <w:t xml:space="preserve"> Towar, </w:t>
      </w:r>
    </w:p>
    <w:p w14:paraId="384BAA7E" w14:textId="77777777" w:rsidR="007E2F8E" w:rsidRDefault="007E2F8E">
      <w:pPr>
        <w:numPr>
          <w:ilvl w:val="0"/>
          <w:numId w:val="15"/>
        </w:numPr>
        <w:tabs>
          <w:tab w:val="left" w:pos="993"/>
          <w:tab w:val="left" w:pos="1276"/>
        </w:tabs>
        <w:spacing w:before="100" w:beforeAutospacing="1" w:afterAutospacing="1" w:line="240" w:lineRule="auto"/>
        <w:ind w:hanging="153"/>
      </w:pPr>
      <w:proofErr w:type="spellStart"/>
      <w:r>
        <w:t>obniżyć</w:t>
      </w:r>
      <w:proofErr w:type="spellEnd"/>
      <w:r>
        <w:t xml:space="preserve"> </w:t>
      </w:r>
      <w:proofErr w:type="spellStart"/>
      <w:r>
        <w:t>cenę</w:t>
      </w:r>
      <w:proofErr w:type="spellEnd"/>
      <w:r>
        <w:t xml:space="preserve">, </w:t>
      </w:r>
    </w:p>
    <w:p w14:paraId="2D9C8702" w14:textId="568A8BEE" w:rsidR="007E2F8E" w:rsidRDefault="007E2F8E">
      <w:pPr>
        <w:numPr>
          <w:ilvl w:val="0"/>
          <w:numId w:val="15"/>
        </w:numPr>
        <w:tabs>
          <w:tab w:val="left" w:pos="993"/>
          <w:tab w:val="left" w:pos="1276"/>
        </w:tabs>
        <w:spacing w:before="100" w:beforeAutospacing="1" w:afterAutospacing="1" w:line="240" w:lineRule="auto"/>
        <w:ind w:hanging="153"/>
      </w:pPr>
      <w:proofErr w:type="spellStart"/>
      <w:r>
        <w:t>zwrócić</w:t>
      </w:r>
      <w:proofErr w:type="spellEnd"/>
      <w:r>
        <w:t xml:space="preserve"> </w:t>
      </w:r>
      <w:proofErr w:type="spellStart"/>
      <w:r>
        <w:t>zapłaconą</w:t>
      </w:r>
      <w:proofErr w:type="spellEnd"/>
      <w:r>
        <w:t xml:space="preserve"> </w:t>
      </w:r>
      <w:proofErr w:type="spellStart"/>
      <w:r>
        <w:t>kwotę</w:t>
      </w:r>
      <w:proofErr w:type="spellEnd"/>
      <w:r w:rsidR="004921D9">
        <w:t>.</w:t>
      </w:r>
      <w:r>
        <w:t xml:space="preserve"> </w:t>
      </w:r>
    </w:p>
    <w:p w14:paraId="68F41132" w14:textId="1E9F9F31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1</w:t>
      </w:r>
      <w:r w:rsidR="001F1337">
        <w:rPr>
          <w:lang w:val="pl-PL"/>
        </w:rPr>
        <w:t>4</w:t>
      </w:r>
      <w:r w:rsidRPr="007E2F8E">
        <w:rPr>
          <w:lang w:val="pl-PL"/>
        </w:rPr>
        <w:t>. Reklamacje dotyczące funkcjonowania sklepu</w:t>
      </w:r>
    </w:p>
    <w:p w14:paraId="76449137" w14:textId="77777777" w:rsidR="007E2F8E" w:rsidRPr="00785EF4" w:rsidRDefault="007E2F8E" w:rsidP="000E2C62">
      <w:pPr>
        <w:spacing w:before="100" w:beforeAutospacing="1" w:after="0" w:line="240" w:lineRule="auto"/>
        <w:rPr>
          <w:lang w:val="pl-PL"/>
        </w:rPr>
      </w:pPr>
      <w:r w:rsidRPr="00785EF4">
        <w:rPr>
          <w:lang w:val="pl-PL"/>
        </w:rPr>
        <w:t>Klient może zgłaszać wszelkie uwagi dotyczące działania sklepu internetowego, w szczególności:</w:t>
      </w:r>
    </w:p>
    <w:p w14:paraId="3F83D3F5" w14:textId="645F5ABF" w:rsidR="007E2F8E" w:rsidRDefault="007E2F8E">
      <w:pPr>
        <w:pStyle w:val="Akapitzlist"/>
        <w:numPr>
          <w:ilvl w:val="0"/>
          <w:numId w:val="16"/>
        </w:numPr>
        <w:spacing w:before="100" w:beforeAutospacing="1" w:afterAutospacing="1" w:line="240" w:lineRule="auto"/>
      </w:pPr>
      <w:proofErr w:type="spellStart"/>
      <w:r>
        <w:t>problemów</w:t>
      </w:r>
      <w:proofErr w:type="spellEnd"/>
      <w:r>
        <w:t xml:space="preserve"> z </w:t>
      </w:r>
      <w:proofErr w:type="spellStart"/>
      <w:r>
        <w:t>rejestracją</w:t>
      </w:r>
      <w:proofErr w:type="spellEnd"/>
      <w:r>
        <w:t xml:space="preserve">, </w:t>
      </w:r>
    </w:p>
    <w:p w14:paraId="3F6723EA" w14:textId="77777777" w:rsidR="007E2F8E" w:rsidRDefault="007E2F8E">
      <w:pPr>
        <w:numPr>
          <w:ilvl w:val="0"/>
          <w:numId w:val="16"/>
        </w:numPr>
        <w:spacing w:before="100" w:beforeAutospacing="1" w:afterAutospacing="1" w:line="240" w:lineRule="auto"/>
      </w:pPr>
      <w:proofErr w:type="spellStart"/>
      <w:r>
        <w:t>problemów</w:t>
      </w:r>
      <w:proofErr w:type="spellEnd"/>
      <w:r>
        <w:t xml:space="preserve"> z </w:t>
      </w:r>
      <w:proofErr w:type="spellStart"/>
      <w:r>
        <w:t>płatnościami</w:t>
      </w:r>
      <w:proofErr w:type="spellEnd"/>
      <w:r>
        <w:t xml:space="preserve">, </w:t>
      </w:r>
    </w:p>
    <w:p w14:paraId="72D98D8A" w14:textId="77777777" w:rsidR="007E2F8E" w:rsidRDefault="007E2F8E">
      <w:pPr>
        <w:numPr>
          <w:ilvl w:val="0"/>
          <w:numId w:val="16"/>
        </w:numPr>
        <w:spacing w:before="100" w:beforeAutospacing="1" w:afterAutospacing="1" w:line="240" w:lineRule="auto"/>
      </w:pPr>
      <w:proofErr w:type="spellStart"/>
      <w:r>
        <w:t>błędów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, </w:t>
      </w:r>
    </w:p>
    <w:p w14:paraId="708EBCF5" w14:textId="02E69271" w:rsidR="007E2F8E" w:rsidRDefault="007E2F8E">
      <w:pPr>
        <w:numPr>
          <w:ilvl w:val="0"/>
          <w:numId w:val="16"/>
        </w:numPr>
        <w:spacing w:before="100" w:beforeAutospacing="1" w:afterAutospacing="1" w:line="240" w:lineRule="auto"/>
      </w:pPr>
      <w:proofErr w:type="spellStart"/>
      <w:r>
        <w:t>problemów</w:t>
      </w:r>
      <w:proofErr w:type="spellEnd"/>
      <w:r>
        <w:t xml:space="preserve"> z </w:t>
      </w:r>
      <w:proofErr w:type="spellStart"/>
      <w:r>
        <w:t>dostępnością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. </w:t>
      </w:r>
    </w:p>
    <w:p w14:paraId="2EF3E5C3" w14:textId="491150BC" w:rsidR="007E2F8E" w:rsidRDefault="007E2F8E" w:rsidP="007E2F8E">
      <w:pPr>
        <w:pStyle w:val="Nagwek1"/>
      </w:pPr>
      <w:r>
        <w:t>§ 1</w:t>
      </w:r>
      <w:r w:rsidR="001F1337">
        <w:t>5</w:t>
      </w:r>
      <w:r>
        <w:t xml:space="preserve">. </w:t>
      </w:r>
      <w:proofErr w:type="spellStart"/>
      <w:r>
        <w:t>Pozasądowe</w:t>
      </w:r>
      <w:proofErr w:type="spellEnd"/>
      <w:r>
        <w:t xml:space="preserve"> </w:t>
      </w:r>
      <w:proofErr w:type="spellStart"/>
      <w:r>
        <w:t>sposoby</w:t>
      </w:r>
      <w:proofErr w:type="spellEnd"/>
      <w:r>
        <w:t xml:space="preserve"> </w:t>
      </w:r>
      <w:proofErr w:type="spellStart"/>
      <w:r>
        <w:t>rozwiązywania</w:t>
      </w:r>
      <w:proofErr w:type="spellEnd"/>
      <w:r>
        <w:t xml:space="preserve"> </w:t>
      </w:r>
      <w:proofErr w:type="spellStart"/>
      <w:r>
        <w:t>sporów</w:t>
      </w:r>
      <w:proofErr w:type="spellEnd"/>
    </w:p>
    <w:p w14:paraId="5DC22CE6" w14:textId="77777777" w:rsidR="007E2F8E" w:rsidRPr="007E2F8E" w:rsidRDefault="007E2F8E">
      <w:pPr>
        <w:numPr>
          <w:ilvl w:val="0"/>
          <w:numId w:val="17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Konsument może skorzystać z pozasądowych sposobów rozwiązywania sporów przewidzianych przez obowiązujące przepisy prawa. </w:t>
      </w:r>
    </w:p>
    <w:p w14:paraId="7D416332" w14:textId="77777777" w:rsidR="007E2F8E" w:rsidRPr="007E2F8E" w:rsidRDefault="007E2F8E">
      <w:pPr>
        <w:numPr>
          <w:ilvl w:val="0"/>
          <w:numId w:val="17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Szczegółowe informacje dostępne są na stronach właściwych organów ochrony konsumentów. </w:t>
      </w:r>
    </w:p>
    <w:p w14:paraId="13AFDCCC" w14:textId="67F21DF6" w:rsidR="007E2F8E" w:rsidRDefault="007E2F8E" w:rsidP="007E2F8E">
      <w:pPr>
        <w:pStyle w:val="Nagwek1"/>
        <w:rPr>
          <w:rFonts w:ascii="Times New Roman" w:hAnsi="Times New Roman"/>
          <w:sz w:val="48"/>
        </w:rPr>
      </w:pPr>
      <w:r>
        <w:t>§ 1</w:t>
      </w:r>
      <w:r w:rsidR="001F1337">
        <w:t>6</w:t>
      </w:r>
      <w:r>
        <w:t xml:space="preserve">. </w:t>
      </w:r>
      <w:proofErr w:type="spellStart"/>
      <w:r>
        <w:t>Ochrona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</w:p>
    <w:p w14:paraId="5CB649B6" w14:textId="0330B67D" w:rsidR="007E2F8E" w:rsidRPr="007E2F8E" w:rsidRDefault="007E2F8E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Administratorem danych osobowych Klientów jest </w:t>
      </w:r>
      <w:r w:rsidRPr="007E2F8E">
        <w:rPr>
          <w:rStyle w:val="Pogrubienie"/>
          <w:lang w:val="pl-PL"/>
        </w:rPr>
        <w:t>Fundacja Veritas</w:t>
      </w:r>
      <w:r w:rsidRPr="007E2F8E">
        <w:rPr>
          <w:lang w:val="pl-PL"/>
        </w:rPr>
        <w:t xml:space="preserve"> z siedzibą we Wrocławiu, wpisana do Krajowego Rejestru Sądowego pod numerem KRS</w:t>
      </w:r>
      <w:r w:rsidR="00D971BD">
        <w:rPr>
          <w:lang w:val="pl-PL"/>
        </w:rPr>
        <w:t xml:space="preserve"> 0000784405</w:t>
      </w:r>
      <w:r w:rsidRPr="007E2F8E">
        <w:rPr>
          <w:lang w:val="pl-PL"/>
        </w:rPr>
        <w:t xml:space="preserve">. </w:t>
      </w:r>
    </w:p>
    <w:p w14:paraId="5836AF85" w14:textId="77777777" w:rsidR="007E2F8E" w:rsidRPr="007E2F8E" w:rsidRDefault="007E2F8E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Dane osobowe przetwarzane są zgodnie z: </w:t>
      </w:r>
    </w:p>
    <w:p w14:paraId="44F86A71" w14:textId="77777777" w:rsidR="007E2F8E" w:rsidRPr="007E2F8E" w:rsidRDefault="007E2F8E">
      <w:pPr>
        <w:numPr>
          <w:ilvl w:val="1"/>
          <w:numId w:val="1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Rozporządzeniem Parlamentu Europejskiego i Rady (UE) 2016/679 (RODO), </w:t>
      </w:r>
    </w:p>
    <w:p w14:paraId="091844D3" w14:textId="77777777" w:rsidR="007E2F8E" w:rsidRPr="007E2F8E" w:rsidRDefault="007E2F8E">
      <w:pPr>
        <w:numPr>
          <w:ilvl w:val="1"/>
          <w:numId w:val="1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ustawą z dnia 10 maja 2018 r. o ochronie danych osobowych, </w:t>
      </w:r>
    </w:p>
    <w:p w14:paraId="031508FB" w14:textId="77777777" w:rsidR="007E2F8E" w:rsidRDefault="007E2F8E">
      <w:pPr>
        <w:numPr>
          <w:ilvl w:val="1"/>
          <w:numId w:val="18"/>
        </w:numPr>
        <w:spacing w:before="100" w:beforeAutospacing="1" w:afterAutospacing="1" w:line="240" w:lineRule="auto"/>
        <w:jc w:val="both"/>
      </w:pPr>
      <w:proofErr w:type="spellStart"/>
      <w:r>
        <w:t>innymi</w:t>
      </w:r>
      <w:proofErr w:type="spellEnd"/>
      <w:r>
        <w:t xml:space="preserve"> </w:t>
      </w:r>
      <w:proofErr w:type="spellStart"/>
      <w:r>
        <w:t>obowiązującymi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. </w:t>
      </w:r>
    </w:p>
    <w:p w14:paraId="5CEF71A1" w14:textId="5CE6A141" w:rsidR="007E2F8E" w:rsidRPr="001F1337" w:rsidRDefault="007E2F8E">
      <w:pPr>
        <w:numPr>
          <w:ilvl w:val="0"/>
          <w:numId w:val="18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Fundacja dokłada należytej staranności, aby zapewnić bezpieczeństwo danych osobowych oraz chronić je przed dostępem osób nieuprawnionych. </w:t>
      </w:r>
    </w:p>
    <w:p w14:paraId="68E720F3" w14:textId="5ECCCC09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1</w:t>
      </w:r>
      <w:r w:rsidR="001F1337">
        <w:rPr>
          <w:lang w:val="pl-PL"/>
        </w:rPr>
        <w:t>7</w:t>
      </w:r>
      <w:r w:rsidRPr="007E2F8E">
        <w:rPr>
          <w:lang w:val="pl-PL"/>
        </w:rPr>
        <w:t>. Cele przetwarzania danych</w:t>
      </w:r>
    </w:p>
    <w:p w14:paraId="05E806F6" w14:textId="77777777" w:rsidR="007E2F8E" w:rsidRPr="00785EF4" w:rsidRDefault="007E2F8E" w:rsidP="000E2C62">
      <w:pPr>
        <w:spacing w:before="100" w:beforeAutospacing="1" w:after="0" w:line="240" w:lineRule="auto"/>
        <w:rPr>
          <w:lang w:val="pl-PL"/>
        </w:rPr>
      </w:pPr>
      <w:r w:rsidRPr="00785EF4">
        <w:rPr>
          <w:lang w:val="pl-PL"/>
        </w:rPr>
        <w:t>Dane osobowe Klientów przetwarzane są wyłącznie w zakresie niezbędnym do:</w:t>
      </w:r>
    </w:p>
    <w:p w14:paraId="315FC86F" w14:textId="77777777" w:rsidR="007E2F8E" w:rsidRDefault="007E2F8E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realizacji</w:t>
      </w:r>
      <w:proofErr w:type="spellEnd"/>
      <w:r>
        <w:t xml:space="preserve"> </w:t>
      </w:r>
      <w:proofErr w:type="spellStart"/>
      <w:r>
        <w:t>zamówień</w:t>
      </w:r>
      <w:proofErr w:type="spellEnd"/>
      <w:r>
        <w:t xml:space="preserve">, </w:t>
      </w:r>
    </w:p>
    <w:p w14:paraId="42992596" w14:textId="77777777" w:rsidR="007E2F8E" w:rsidRPr="007E2F8E" w:rsidRDefault="007E2F8E">
      <w:pPr>
        <w:numPr>
          <w:ilvl w:val="0"/>
          <w:numId w:val="19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zawarcia i wykonania umowy sprzedaży, </w:t>
      </w:r>
    </w:p>
    <w:p w14:paraId="0843CE7A" w14:textId="77777777" w:rsidR="007E2F8E" w:rsidRDefault="007E2F8E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wystawiania</w:t>
      </w:r>
      <w:proofErr w:type="spellEnd"/>
      <w:r>
        <w:t xml:space="preserve"> </w:t>
      </w:r>
      <w:proofErr w:type="spellStart"/>
      <w:r>
        <w:t>dokumentów</w:t>
      </w:r>
      <w:proofErr w:type="spellEnd"/>
      <w:r>
        <w:t xml:space="preserve"> </w:t>
      </w:r>
      <w:proofErr w:type="spellStart"/>
      <w:r>
        <w:t>księgowych</w:t>
      </w:r>
      <w:proofErr w:type="spellEnd"/>
      <w:r>
        <w:t xml:space="preserve">, </w:t>
      </w:r>
    </w:p>
    <w:p w14:paraId="2C54CFC6" w14:textId="77777777" w:rsidR="007E2F8E" w:rsidRDefault="007E2F8E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prowadzenia</w:t>
      </w:r>
      <w:proofErr w:type="spellEnd"/>
      <w:r>
        <w:t xml:space="preserve"> </w:t>
      </w:r>
      <w:proofErr w:type="spellStart"/>
      <w:r>
        <w:t>rozliczeń</w:t>
      </w:r>
      <w:proofErr w:type="spellEnd"/>
      <w:r>
        <w:t xml:space="preserve"> </w:t>
      </w:r>
      <w:proofErr w:type="spellStart"/>
      <w:r>
        <w:t>podatkowych</w:t>
      </w:r>
      <w:proofErr w:type="spellEnd"/>
      <w:r>
        <w:t xml:space="preserve">, </w:t>
      </w:r>
    </w:p>
    <w:p w14:paraId="4CB3B446" w14:textId="77777777" w:rsidR="007E2F8E" w:rsidRDefault="007E2F8E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obsługi</w:t>
      </w:r>
      <w:proofErr w:type="spellEnd"/>
      <w:r>
        <w:t xml:space="preserve"> </w:t>
      </w:r>
      <w:proofErr w:type="spellStart"/>
      <w:r>
        <w:t>reklamacji</w:t>
      </w:r>
      <w:proofErr w:type="spellEnd"/>
      <w:r>
        <w:t xml:space="preserve"> i </w:t>
      </w:r>
      <w:proofErr w:type="spellStart"/>
      <w:r>
        <w:t>zwrotów</w:t>
      </w:r>
      <w:proofErr w:type="spellEnd"/>
      <w:r>
        <w:t xml:space="preserve">, </w:t>
      </w:r>
    </w:p>
    <w:p w14:paraId="2517B700" w14:textId="77777777" w:rsidR="007E2F8E" w:rsidRDefault="007E2F8E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kontaktu</w:t>
      </w:r>
      <w:proofErr w:type="spellEnd"/>
      <w:r>
        <w:t xml:space="preserve"> z </w:t>
      </w:r>
      <w:proofErr w:type="spellStart"/>
      <w:r>
        <w:t>Klientem</w:t>
      </w:r>
      <w:proofErr w:type="spellEnd"/>
      <w:r>
        <w:t xml:space="preserve">, </w:t>
      </w:r>
    </w:p>
    <w:p w14:paraId="19D43F1D" w14:textId="77777777" w:rsidR="007E2F8E" w:rsidRPr="007E2F8E" w:rsidRDefault="007E2F8E">
      <w:pPr>
        <w:numPr>
          <w:ilvl w:val="0"/>
          <w:numId w:val="19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prowadzenia konta Klienta (jeżeli zostanie założone), </w:t>
      </w:r>
    </w:p>
    <w:p w14:paraId="7E85F347" w14:textId="77777777" w:rsidR="007E2F8E" w:rsidRPr="007E2F8E" w:rsidRDefault="007E2F8E">
      <w:pPr>
        <w:numPr>
          <w:ilvl w:val="0"/>
          <w:numId w:val="19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realizacji obowiązków wynikających z przepisów prawa, </w:t>
      </w:r>
    </w:p>
    <w:p w14:paraId="73D2F063" w14:textId="77777777" w:rsidR="007E2F8E" w:rsidRDefault="007E2F8E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dochodzenia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obrony</w:t>
      </w:r>
      <w:proofErr w:type="spellEnd"/>
      <w:r>
        <w:t xml:space="preserve"> </w:t>
      </w:r>
      <w:proofErr w:type="spellStart"/>
      <w:r>
        <w:t>roszczeń</w:t>
      </w:r>
      <w:proofErr w:type="spellEnd"/>
      <w:r>
        <w:t xml:space="preserve">, </w:t>
      </w:r>
    </w:p>
    <w:p w14:paraId="50FEFA29" w14:textId="7B36646B" w:rsidR="007E2F8E" w:rsidRPr="000E2C62" w:rsidRDefault="007E2F8E">
      <w:pPr>
        <w:numPr>
          <w:ilvl w:val="0"/>
          <w:numId w:val="19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lastRenderedPageBreak/>
        <w:t xml:space="preserve">prowadzenia działań marketingowych wyłącznie po uzyskaniu odpowiedniej zgody, jeżeli jest ona wymagana. </w:t>
      </w:r>
    </w:p>
    <w:p w14:paraId="60CFE304" w14:textId="1579D72E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1</w:t>
      </w:r>
      <w:r w:rsidR="001F1337">
        <w:rPr>
          <w:lang w:val="pl-PL"/>
        </w:rPr>
        <w:t>8</w:t>
      </w:r>
      <w:r w:rsidRPr="007E2F8E">
        <w:rPr>
          <w:lang w:val="pl-PL"/>
        </w:rPr>
        <w:t>. Zakres przetwarzanych danych</w:t>
      </w:r>
    </w:p>
    <w:p w14:paraId="2244EE6A" w14:textId="77777777" w:rsidR="007E2F8E" w:rsidRPr="00785EF4" w:rsidRDefault="007E2F8E" w:rsidP="000E2C62">
      <w:pPr>
        <w:spacing w:before="100" w:beforeAutospacing="1" w:after="0" w:line="240" w:lineRule="auto"/>
        <w:rPr>
          <w:lang w:val="pl-PL"/>
        </w:rPr>
      </w:pPr>
      <w:r w:rsidRPr="00785EF4">
        <w:rPr>
          <w:lang w:val="pl-PL"/>
        </w:rPr>
        <w:t>W zależności od celu przetwarzania Fundacja może przetwarzać:</w:t>
      </w:r>
    </w:p>
    <w:p w14:paraId="497B29CE" w14:textId="51C183F6" w:rsidR="007E2F8E" w:rsidRDefault="007E2F8E">
      <w:pPr>
        <w:pStyle w:val="Akapitzlist"/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imię</w:t>
      </w:r>
      <w:proofErr w:type="spellEnd"/>
      <w:r>
        <w:t xml:space="preserve"> i </w:t>
      </w:r>
      <w:proofErr w:type="spellStart"/>
      <w:r>
        <w:t>nazwisko</w:t>
      </w:r>
      <w:proofErr w:type="spellEnd"/>
      <w:r>
        <w:t xml:space="preserve">, </w:t>
      </w:r>
    </w:p>
    <w:p w14:paraId="14FFA0C0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adres</w:t>
      </w:r>
      <w:proofErr w:type="spellEnd"/>
      <w:r>
        <w:t xml:space="preserve"> </w:t>
      </w:r>
      <w:proofErr w:type="spellStart"/>
      <w:r>
        <w:t>dostawy</w:t>
      </w:r>
      <w:proofErr w:type="spellEnd"/>
      <w:r>
        <w:t xml:space="preserve">, </w:t>
      </w:r>
    </w:p>
    <w:p w14:paraId="2DC6A238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adres</w:t>
      </w:r>
      <w:proofErr w:type="spellEnd"/>
      <w:r>
        <w:t xml:space="preserve"> e-mail, </w:t>
      </w:r>
    </w:p>
    <w:p w14:paraId="384A0839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, </w:t>
      </w:r>
    </w:p>
    <w:p w14:paraId="0B2A504C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dane</w:t>
      </w:r>
      <w:proofErr w:type="spellEnd"/>
      <w:r>
        <w:t xml:space="preserve"> do </w:t>
      </w:r>
      <w:proofErr w:type="spellStart"/>
      <w:r>
        <w:t>faktury</w:t>
      </w:r>
      <w:proofErr w:type="spellEnd"/>
      <w:r>
        <w:t xml:space="preserve">, </w:t>
      </w:r>
    </w:p>
    <w:p w14:paraId="71572210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historię</w:t>
      </w:r>
      <w:proofErr w:type="spellEnd"/>
      <w:r>
        <w:t xml:space="preserve"> </w:t>
      </w:r>
      <w:proofErr w:type="spellStart"/>
      <w:r>
        <w:t>zamówień</w:t>
      </w:r>
      <w:proofErr w:type="spellEnd"/>
      <w:r>
        <w:t xml:space="preserve">, </w:t>
      </w:r>
    </w:p>
    <w:p w14:paraId="36C2B154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informacje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, </w:t>
      </w:r>
    </w:p>
    <w:p w14:paraId="6619C48C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adres</w:t>
      </w:r>
      <w:proofErr w:type="spellEnd"/>
      <w:r>
        <w:t xml:space="preserve"> IP, </w:t>
      </w:r>
    </w:p>
    <w:p w14:paraId="05961152" w14:textId="77777777" w:rsidR="007E2F8E" w:rsidRDefault="007E2F8E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dane</w:t>
      </w:r>
      <w:proofErr w:type="spellEnd"/>
      <w:r>
        <w:t xml:space="preserve"> </w:t>
      </w:r>
      <w:proofErr w:type="spellStart"/>
      <w:r>
        <w:t>techniczne</w:t>
      </w:r>
      <w:proofErr w:type="spellEnd"/>
      <w:r>
        <w:t xml:space="preserve"> </w:t>
      </w:r>
      <w:proofErr w:type="spellStart"/>
      <w:r>
        <w:t>urządzenia</w:t>
      </w:r>
      <w:proofErr w:type="spellEnd"/>
      <w:r>
        <w:t xml:space="preserve">. </w:t>
      </w:r>
    </w:p>
    <w:p w14:paraId="033C19D9" w14:textId="16548583" w:rsidR="007E2F8E" w:rsidRPr="00785EF4" w:rsidRDefault="007E2F8E" w:rsidP="009067CE">
      <w:pPr>
        <w:spacing w:before="100" w:beforeAutospacing="1" w:afterAutospacing="1" w:line="240" w:lineRule="auto"/>
        <w:rPr>
          <w:lang w:val="pl-PL"/>
        </w:rPr>
      </w:pPr>
      <w:r w:rsidRPr="00785EF4">
        <w:rPr>
          <w:lang w:val="pl-PL"/>
        </w:rPr>
        <w:t>Fundacja nie przetwarza danych wykraczających poza zakres niezbędny do realizacji wskazanych celów.</w:t>
      </w:r>
    </w:p>
    <w:p w14:paraId="33B8466A" w14:textId="2DA83288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 xml:space="preserve">§ </w:t>
      </w:r>
      <w:r w:rsidR="001F1337">
        <w:rPr>
          <w:lang w:val="pl-PL"/>
        </w:rPr>
        <w:t>19</w:t>
      </w:r>
      <w:r w:rsidRPr="007E2F8E">
        <w:rPr>
          <w:lang w:val="pl-PL"/>
        </w:rPr>
        <w:t>. Odbiorcy danych</w:t>
      </w:r>
    </w:p>
    <w:p w14:paraId="3F722D46" w14:textId="77777777" w:rsidR="007E2F8E" w:rsidRPr="00785EF4" w:rsidRDefault="007E2F8E" w:rsidP="00CA3721">
      <w:pPr>
        <w:spacing w:after="0" w:line="240" w:lineRule="auto"/>
        <w:rPr>
          <w:lang w:val="pl-PL"/>
        </w:rPr>
      </w:pPr>
      <w:r w:rsidRPr="00785EF4">
        <w:rPr>
          <w:lang w:val="pl-PL"/>
        </w:rPr>
        <w:t>Dane mogą zostać przekazane wyłącznie podmiotom uczestniczącym w realizacji zamówienia, w szczególności:</w:t>
      </w:r>
    </w:p>
    <w:p w14:paraId="1A3F9BF7" w14:textId="2A3DAB6A" w:rsidR="007E2F8E" w:rsidRDefault="007E2F8E">
      <w:pPr>
        <w:pStyle w:val="Akapitzlist"/>
        <w:numPr>
          <w:ilvl w:val="0"/>
          <w:numId w:val="21"/>
        </w:numPr>
        <w:spacing w:before="100" w:beforeAutospacing="1" w:afterAutospacing="1" w:line="240" w:lineRule="auto"/>
      </w:pPr>
      <w:proofErr w:type="spellStart"/>
      <w:r>
        <w:t>operatorom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, </w:t>
      </w:r>
    </w:p>
    <w:p w14:paraId="154F1BCA" w14:textId="77777777" w:rsidR="007E2F8E" w:rsidRDefault="007E2F8E">
      <w:pPr>
        <w:numPr>
          <w:ilvl w:val="0"/>
          <w:numId w:val="21"/>
        </w:numPr>
        <w:spacing w:before="100" w:beforeAutospacing="1" w:afterAutospacing="1" w:line="240" w:lineRule="auto"/>
      </w:pPr>
      <w:proofErr w:type="spellStart"/>
      <w:r>
        <w:t>firmom</w:t>
      </w:r>
      <w:proofErr w:type="spellEnd"/>
      <w:r>
        <w:t xml:space="preserve"> </w:t>
      </w:r>
      <w:proofErr w:type="spellStart"/>
      <w:r>
        <w:t>kurierskim</w:t>
      </w:r>
      <w:proofErr w:type="spellEnd"/>
      <w:r>
        <w:t xml:space="preserve">, </w:t>
      </w:r>
    </w:p>
    <w:p w14:paraId="16E9CBAF" w14:textId="77777777" w:rsidR="007E2F8E" w:rsidRDefault="007E2F8E">
      <w:pPr>
        <w:numPr>
          <w:ilvl w:val="0"/>
          <w:numId w:val="21"/>
        </w:numPr>
        <w:spacing w:before="100" w:beforeAutospacing="1" w:afterAutospacing="1" w:line="240" w:lineRule="auto"/>
      </w:pPr>
      <w:proofErr w:type="spellStart"/>
      <w:r>
        <w:t>operatorom</w:t>
      </w:r>
      <w:proofErr w:type="spellEnd"/>
      <w:r>
        <w:t xml:space="preserve"> </w:t>
      </w:r>
      <w:proofErr w:type="spellStart"/>
      <w:r>
        <w:t>pocztowym</w:t>
      </w:r>
      <w:proofErr w:type="spellEnd"/>
      <w:r>
        <w:t xml:space="preserve">, </w:t>
      </w:r>
    </w:p>
    <w:p w14:paraId="2237AE00" w14:textId="77777777" w:rsidR="007E2F8E" w:rsidRDefault="007E2F8E">
      <w:pPr>
        <w:numPr>
          <w:ilvl w:val="0"/>
          <w:numId w:val="21"/>
        </w:numPr>
        <w:spacing w:before="100" w:beforeAutospacing="1" w:afterAutospacing="1" w:line="240" w:lineRule="auto"/>
      </w:pPr>
      <w:proofErr w:type="spellStart"/>
      <w:r>
        <w:t>dostawcom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informatycznych</w:t>
      </w:r>
      <w:proofErr w:type="spellEnd"/>
      <w:r>
        <w:t xml:space="preserve">, </w:t>
      </w:r>
    </w:p>
    <w:p w14:paraId="4D1AFD08" w14:textId="77777777" w:rsidR="007E2F8E" w:rsidRDefault="007E2F8E">
      <w:pPr>
        <w:numPr>
          <w:ilvl w:val="0"/>
          <w:numId w:val="21"/>
        </w:numPr>
        <w:spacing w:before="100" w:beforeAutospacing="1" w:afterAutospacing="1" w:line="240" w:lineRule="auto"/>
      </w:pPr>
      <w:proofErr w:type="spellStart"/>
      <w:r>
        <w:t>biuru</w:t>
      </w:r>
      <w:proofErr w:type="spellEnd"/>
      <w:r>
        <w:t xml:space="preserve"> </w:t>
      </w:r>
      <w:proofErr w:type="spellStart"/>
      <w:r>
        <w:t>rachunkowemu</w:t>
      </w:r>
      <w:proofErr w:type="spellEnd"/>
      <w:r>
        <w:t xml:space="preserve">, </w:t>
      </w:r>
    </w:p>
    <w:p w14:paraId="1F69FD3E" w14:textId="77777777" w:rsidR="007E2F8E" w:rsidRDefault="007E2F8E">
      <w:pPr>
        <w:numPr>
          <w:ilvl w:val="0"/>
          <w:numId w:val="21"/>
        </w:numPr>
        <w:spacing w:before="100" w:beforeAutospacing="1" w:afterAutospacing="1" w:line="240" w:lineRule="auto"/>
      </w:pPr>
      <w:proofErr w:type="spellStart"/>
      <w:r>
        <w:t>podmiotom</w:t>
      </w:r>
      <w:proofErr w:type="spellEnd"/>
      <w:r>
        <w:t xml:space="preserve"> </w:t>
      </w:r>
      <w:proofErr w:type="spellStart"/>
      <w:r>
        <w:t>świadczącym</w:t>
      </w:r>
      <w:proofErr w:type="spellEnd"/>
      <w:r>
        <w:t xml:space="preserve"> </w:t>
      </w:r>
      <w:proofErr w:type="spellStart"/>
      <w:r>
        <w:t>obsługę</w:t>
      </w:r>
      <w:proofErr w:type="spellEnd"/>
      <w:r>
        <w:t xml:space="preserve"> </w:t>
      </w:r>
      <w:proofErr w:type="spellStart"/>
      <w:r>
        <w:t>prawną</w:t>
      </w:r>
      <w:proofErr w:type="spellEnd"/>
      <w:r>
        <w:t xml:space="preserve">, </w:t>
      </w:r>
    </w:p>
    <w:p w14:paraId="4024E520" w14:textId="77777777" w:rsidR="007E2F8E" w:rsidRPr="007E2F8E" w:rsidRDefault="007E2F8E">
      <w:pPr>
        <w:numPr>
          <w:ilvl w:val="0"/>
          <w:numId w:val="21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organom publicznym, jeżeli wymagają tego przepisy prawa. </w:t>
      </w:r>
    </w:p>
    <w:p w14:paraId="0578949C" w14:textId="2D2F73B0" w:rsidR="007E2F8E" w:rsidRPr="00785EF4" w:rsidRDefault="007E2F8E" w:rsidP="009067CE">
      <w:pPr>
        <w:spacing w:before="100" w:beforeAutospacing="1" w:afterAutospacing="1" w:line="240" w:lineRule="auto"/>
        <w:rPr>
          <w:lang w:val="pl-PL"/>
        </w:rPr>
      </w:pPr>
      <w:r w:rsidRPr="00785EF4">
        <w:rPr>
          <w:lang w:val="pl-PL"/>
        </w:rPr>
        <w:t>Fundacja przekazuje wyłącznie dane niezbędne do wykonania danej usługi.</w:t>
      </w:r>
    </w:p>
    <w:p w14:paraId="7DE9E987" w14:textId="37B34145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2</w:t>
      </w:r>
      <w:r w:rsidR="001F1337">
        <w:rPr>
          <w:lang w:val="pl-PL"/>
        </w:rPr>
        <w:t>0</w:t>
      </w:r>
      <w:r w:rsidRPr="007E2F8E">
        <w:rPr>
          <w:lang w:val="pl-PL"/>
        </w:rPr>
        <w:t>. Okres przechowywania danych</w:t>
      </w:r>
    </w:p>
    <w:p w14:paraId="11B0DD7A" w14:textId="77777777" w:rsidR="007E2F8E" w:rsidRPr="00785EF4" w:rsidRDefault="007E2F8E" w:rsidP="000E2C62">
      <w:pPr>
        <w:spacing w:before="100" w:beforeAutospacing="1" w:after="0" w:line="240" w:lineRule="auto"/>
        <w:rPr>
          <w:lang w:val="pl-PL"/>
        </w:rPr>
      </w:pPr>
      <w:r w:rsidRPr="00785EF4">
        <w:rPr>
          <w:lang w:val="pl-PL"/>
        </w:rPr>
        <w:t>Dane osobowe przechowywane są:</w:t>
      </w:r>
    </w:p>
    <w:p w14:paraId="492D477E" w14:textId="5CAEA892" w:rsidR="007E2F8E" w:rsidRDefault="007E2F8E">
      <w:pPr>
        <w:pStyle w:val="Akapitzlist"/>
        <w:numPr>
          <w:ilvl w:val="0"/>
          <w:numId w:val="22"/>
        </w:numPr>
        <w:spacing w:before="100" w:beforeAutospacing="1" w:afterAutospacing="1" w:line="240" w:lineRule="auto"/>
      </w:pPr>
      <w:proofErr w:type="spellStart"/>
      <w:r>
        <w:t>przez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, </w:t>
      </w:r>
    </w:p>
    <w:p w14:paraId="691C9320" w14:textId="77777777" w:rsidR="007E2F8E" w:rsidRPr="007E2F8E" w:rsidRDefault="007E2F8E">
      <w:pPr>
        <w:numPr>
          <w:ilvl w:val="0"/>
          <w:numId w:val="22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przez okres wymagany przepisami podatkowymi i rachunkowymi, </w:t>
      </w:r>
    </w:p>
    <w:p w14:paraId="0845111D" w14:textId="77777777" w:rsidR="007E2F8E" w:rsidRPr="007E2F8E" w:rsidRDefault="007E2F8E">
      <w:pPr>
        <w:numPr>
          <w:ilvl w:val="0"/>
          <w:numId w:val="22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do czasu przedawnienia ewentualnych roszczeń, </w:t>
      </w:r>
    </w:p>
    <w:p w14:paraId="5CAE3AE2" w14:textId="77777777" w:rsidR="007E2F8E" w:rsidRPr="007E2F8E" w:rsidRDefault="007E2F8E">
      <w:pPr>
        <w:numPr>
          <w:ilvl w:val="0"/>
          <w:numId w:val="22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do momentu wycofania zgody – jeżeli przetwarzanie odbywa się na jej podstawie. </w:t>
      </w:r>
    </w:p>
    <w:p w14:paraId="17D3DE80" w14:textId="16A35E26" w:rsidR="007E2F8E" w:rsidRPr="00785EF4" w:rsidRDefault="007E2F8E" w:rsidP="009067CE">
      <w:pPr>
        <w:spacing w:before="100" w:beforeAutospacing="1" w:afterAutospacing="1" w:line="240" w:lineRule="auto"/>
        <w:rPr>
          <w:lang w:val="pl-PL"/>
        </w:rPr>
      </w:pPr>
      <w:r w:rsidRPr="00785EF4">
        <w:rPr>
          <w:lang w:val="pl-PL"/>
        </w:rPr>
        <w:t xml:space="preserve">Po upływie wymaganych okresów dane są usuwane lub </w:t>
      </w:r>
      <w:proofErr w:type="spellStart"/>
      <w:r w:rsidRPr="00785EF4">
        <w:rPr>
          <w:lang w:val="pl-PL"/>
        </w:rPr>
        <w:t>anonimizowane</w:t>
      </w:r>
      <w:proofErr w:type="spellEnd"/>
      <w:r w:rsidRPr="00785EF4">
        <w:rPr>
          <w:lang w:val="pl-PL"/>
        </w:rPr>
        <w:t>.</w:t>
      </w:r>
    </w:p>
    <w:p w14:paraId="360B85BB" w14:textId="1B81232C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2</w:t>
      </w:r>
      <w:r w:rsidR="001F1337">
        <w:rPr>
          <w:lang w:val="pl-PL"/>
        </w:rPr>
        <w:t>1</w:t>
      </w:r>
      <w:r w:rsidRPr="007E2F8E">
        <w:rPr>
          <w:lang w:val="pl-PL"/>
        </w:rPr>
        <w:t>. Prawa osób, których dane dotyczą</w:t>
      </w:r>
    </w:p>
    <w:p w14:paraId="7316175E" w14:textId="77777777" w:rsidR="007E2F8E" w:rsidRPr="000E2C62" w:rsidRDefault="007E2F8E" w:rsidP="000E2C62">
      <w:pPr>
        <w:spacing w:before="100" w:beforeAutospacing="1" w:after="0" w:line="240" w:lineRule="auto"/>
        <w:rPr>
          <w:lang w:val="pl-PL"/>
        </w:rPr>
      </w:pPr>
      <w:r w:rsidRPr="000E2C62">
        <w:rPr>
          <w:lang w:val="pl-PL"/>
        </w:rPr>
        <w:t xml:space="preserve">Każdej </w:t>
      </w:r>
      <w:r w:rsidRPr="009067CE">
        <w:rPr>
          <w:lang w:val="pl-PL"/>
        </w:rPr>
        <w:t>osobie</w:t>
      </w:r>
      <w:r w:rsidRPr="000E2C62">
        <w:rPr>
          <w:lang w:val="pl-PL"/>
        </w:rPr>
        <w:t xml:space="preserve"> przysługuje prawo do:</w:t>
      </w:r>
    </w:p>
    <w:p w14:paraId="318B7972" w14:textId="55E15A76" w:rsidR="007E2F8E" w:rsidRDefault="007E2F8E">
      <w:pPr>
        <w:pStyle w:val="Akapitzlist"/>
        <w:numPr>
          <w:ilvl w:val="0"/>
          <w:numId w:val="23"/>
        </w:numPr>
        <w:spacing w:before="100" w:beforeAutospacing="1" w:afterAutospacing="1" w:line="240" w:lineRule="auto"/>
      </w:pPr>
      <w:proofErr w:type="spellStart"/>
      <w:r>
        <w:t>dostępu</w:t>
      </w:r>
      <w:proofErr w:type="spellEnd"/>
      <w:r>
        <w:t xml:space="preserve"> do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</w:p>
    <w:p w14:paraId="4EBECD79" w14:textId="77777777" w:rsidR="007E2F8E" w:rsidRDefault="007E2F8E">
      <w:pPr>
        <w:numPr>
          <w:ilvl w:val="0"/>
          <w:numId w:val="23"/>
        </w:numPr>
        <w:spacing w:before="100" w:beforeAutospacing="1" w:afterAutospacing="1" w:line="240" w:lineRule="auto"/>
      </w:pPr>
      <w:proofErr w:type="spellStart"/>
      <w:r>
        <w:lastRenderedPageBreak/>
        <w:t>sprostowania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</w:p>
    <w:p w14:paraId="08DD8A9B" w14:textId="77777777" w:rsidR="007E2F8E" w:rsidRDefault="007E2F8E">
      <w:pPr>
        <w:numPr>
          <w:ilvl w:val="0"/>
          <w:numId w:val="23"/>
        </w:numPr>
        <w:spacing w:before="100" w:beforeAutospacing="1" w:afterAutospacing="1" w:line="240" w:lineRule="auto"/>
      </w:pPr>
      <w:proofErr w:type="spellStart"/>
      <w:r>
        <w:t>usunięcia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</w:p>
    <w:p w14:paraId="361B0226" w14:textId="77777777" w:rsidR="007E2F8E" w:rsidRDefault="007E2F8E">
      <w:pPr>
        <w:numPr>
          <w:ilvl w:val="0"/>
          <w:numId w:val="23"/>
        </w:numPr>
        <w:spacing w:before="100" w:beforeAutospacing="1" w:afterAutospacing="1" w:line="240" w:lineRule="auto"/>
      </w:pPr>
      <w:proofErr w:type="spellStart"/>
      <w:r>
        <w:t>ograniczenia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</w:p>
    <w:p w14:paraId="452E3B3B" w14:textId="77777777" w:rsidR="007E2F8E" w:rsidRDefault="007E2F8E">
      <w:pPr>
        <w:numPr>
          <w:ilvl w:val="0"/>
          <w:numId w:val="23"/>
        </w:numPr>
        <w:spacing w:before="100" w:beforeAutospacing="1" w:afterAutospacing="1" w:line="240" w:lineRule="auto"/>
      </w:pPr>
      <w:proofErr w:type="spellStart"/>
      <w:r>
        <w:t>przenoszenia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</w:p>
    <w:p w14:paraId="19A30E98" w14:textId="77777777" w:rsidR="007E2F8E" w:rsidRDefault="007E2F8E">
      <w:pPr>
        <w:numPr>
          <w:ilvl w:val="0"/>
          <w:numId w:val="23"/>
        </w:numPr>
        <w:spacing w:before="100" w:beforeAutospacing="1" w:afterAutospacing="1" w:line="240" w:lineRule="auto"/>
      </w:pP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</w:p>
    <w:p w14:paraId="1F738DA0" w14:textId="77777777" w:rsidR="007E2F8E" w:rsidRDefault="007E2F8E">
      <w:pPr>
        <w:numPr>
          <w:ilvl w:val="0"/>
          <w:numId w:val="23"/>
        </w:numPr>
        <w:spacing w:before="100" w:beforeAutospacing="1" w:afterAutospacing="1" w:line="240" w:lineRule="auto"/>
      </w:pPr>
      <w:proofErr w:type="spellStart"/>
      <w:r>
        <w:t>cofnięcia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, </w:t>
      </w:r>
    </w:p>
    <w:p w14:paraId="1EEB9D1E" w14:textId="62029D30" w:rsidR="007E2F8E" w:rsidRPr="001F1337" w:rsidRDefault="007E2F8E">
      <w:pPr>
        <w:numPr>
          <w:ilvl w:val="0"/>
          <w:numId w:val="23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wniesienia skargi do Prezesa Urzędu Ochrony Danych Osobowych. </w:t>
      </w:r>
    </w:p>
    <w:p w14:paraId="4FF746C3" w14:textId="7552DBC6" w:rsidR="007E2F8E" w:rsidRPr="00785EF4" w:rsidRDefault="007E2F8E" w:rsidP="007E2F8E">
      <w:pPr>
        <w:pStyle w:val="Nagwek1"/>
        <w:rPr>
          <w:lang w:val="pl-PL"/>
        </w:rPr>
      </w:pPr>
      <w:r w:rsidRPr="00785EF4">
        <w:rPr>
          <w:lang w:val="pl-PL"/>
        </w:rPr>
        <w:t>§ 2</w:t>
      </w:r>
      <w:r w:rsidR="001F1337" w:rsidRPr="00785EF4">
        <w:rPr>
          <w:lang w:val="pl-PL"/>
        </w:rPr>
        <w:t>2</w:t>
      </w:r>
      <w:r w:rsidRPr="00785EF4">
        <w:rPr>
          <w:lang w:val="pl-PL"/>
        </w:rPr>
        <w:t>. Konto Klienta</w:t>
      </w:r>
    </w:p>
    <w:p w14:paraId="09F9E49D" w14:textId="22640342" w:rsidR="007E2F8E" w:rsidRPr="001F1337" w:rsidRDefault="007E2F8E" w:rsidP="001F1337">
      <w:p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Sklep </w:t>
      </w:r>
      <w:r w:rsidR="00A92212">
        <w:rPr>
          <w:lang w:val="pl-PL"/>
        </w:rPr>
        <w:t xml:space="preserve">nie </w:t>
      </w:r>
      <w:r w:rsidRPr="007E2F8E">
        <w:rPr>
          <w:lang w:val="pl-PL"/>
        </w:rPr>
        <w:t>umożliwia założeni</w:t>
      </w:r>
      <w:r w:rsidR="00A92212">
        <w:rPr>
          <w:lang w:val="pl-PL"/>
        </w:rPr>
        <w:t>a</w:t>
      </w:r>
      <w:r w:rsidRPr="007E2F8E">
        <w:rPr>
          <w:lang w:val="pl-PL"/>
        </w:rPr>
        <w:t xml:space="preserve"> indywidualnego konta Klienta. </w:t>
      </w:r>
    </w:p>
    <w:p w14:paraId="52C410D5" w14:textId="63040C95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2</w:t>
      </w:r>
      <w:r w:rsidR="001F1337">
        <w:rPr>
          <w:lang w:val="pl-PL"/>
        </w:rPr>
        <w:t>3</w:t>
      </w:r>
      <w:r w:rsidRPr="007E2F8E">
        <w:rPr>
          <w:lang w:val="pl-PL"/>
        </w:rPr>
        <w:t xml:space="preserve">. Pliki </w:t>
      </w:r>
      <w:proofErr w:type="spellStart"/>
      <w:r w:rsidRPr="007E2F8E">
        <w:rPr>
          <w:lang w:val="pl-PL"/>
        </w:rPr>
        <w:t>cookies</w:t>
      </w:r>
      <w:proofErr w:type="spellEnd"/>
    </w:p>
    <w:p w14:paraId="46C6A541" w14:textId="77777777" w:rsidR="007E2F8E" w:rsidRPr="00785EF4" w:rsidRDefault="007E2F8E" w:rsidP="00CA3721">
      <w:pPr>
        <w:spacing w:after="0" w:line="240" w:lineRule="auto"/>
        <w:rPr>
          <w:lang w:val="pl-PL"/>
        </w:rPr>
      </w:pPr>
      <w:r w:rsidRPr="009067CE">
        <w:rPr>
          <w:lang w:val="pl-PL"/>
        </w:rPr>
        <w:t>Sklep</w:t>
      </w:r>
      <w:r w:rsidRPr="00785EF4">
        <w:rPr>
          <w:lang w:val="pl-PL"/>
        </w:rPr>
        <w:t xml:space="preserve"> wykorzystuje pliki </w:t>
      </w:r>
      <w:proofErr w:type="spellStart"/>
      <w:r w:rsidRPr="00785EF4">
        <w:rPr>
          <w:lang w:val="pl-PL"/>
        </w:rPr>
        <w:t>cookies</w:t>
      </w:r>
      <w:proofErr w:type="spellEnd"/>
      <w:r w:rsidRPr="00785EF4">
        <w:rPr>
          <w:lang w:val="pl-PL"/>
        </w:rPr>
        <w:t xml:space="preserve"> w celu:</w:t>
      </w:r>
    </w:p>
    <w:p w14:paraId="4DBE7B57" w14:textId="35F790A1" w:rsidR="007E2F8E" w:rsidRDefault="007E2F8E">
      <w:pPr>
        <w:pStyle w:val="Akapitzlist"/>
        <w:numPr>
          <w:ilvl w:val="0"/>
          <w:numId w:val="24"/>
        </w:numPr>
        <w:spacing w:before="100" w:beforeAutospacing="1" w:afterAutospacing="1" w:line="240" w:lineRule="auto"/>
      </w:pPr>
      <w:proofErr w:type="spellStart"/>
      <w:r>
        <w:t>zapewnienia</w:t>
      </w:r>
      <w:proofErr w:type="spellEnd"/>
      <w:r>
        <w:t xml:space="preserve"> </w:t>
      </w:r>
      <w:proofErr w:type="spellStart"/>
      <w:r>
        <w:t>prawidłowego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, </w:t>
      </w:r>
    </w:p>
    <w:p w14:paraId="1F8E9272" w14:textId="77777777" w:rsidR="007E2F8E" w:rsidRDefault="007E2F8E">
      <w:pPr>
        <w:numPr>
          <w:ilvl w:val="0"/>
          <w:numId w:val="24"/>
        </w:numPr>
        <w:spacing w:before="100" w:beforeAutospacing="1" w:afterAutospacing="1" w:line="240" w:lineRule="auto"/>
      </w:pPr>
      <w:proofErr w:type="spellStart"/>
      <w:r>
        <w:t>utrzymania</w:t>
      </w:r>
      <w:proofErr w:type="spellEnd"/>
      <w:r>
        <w:t xml:space="preserve"> </w:t>
      </w:r>
      <w:proofErr w:type="spellStart"/>
      <w:r>
        <w:t>sesji</w:t>
      </w:r>
      <w:proofErr w:type="spellEnd"/>
      <w:r>
        <w:t xml:space="preserve"> </w:t>
      </w:r>
      <w:proofErr w:type="spellStart"/>
      <w:r>
        <w:t>użytkownika</w:t>
      </w:r>
      <w:proofErr w:type="spellEnd"/>
      <w:r>
        <w:t xml:space="preserve">, </w:t>
      </w:r>
    </w:p>
    <w:p w14:paraId="3B94F116" w14:textId="77777777" w:rsidR="007E2F8E" w:rsidRDefault="007E2F8E">
      <w:pPr>
        <w:numPr>
          <w:ilvl w:val="0"/>
          <w:numId w:val="24"/>
        </w:numPr>
        <w:spacing w:before="100" w:beforeAutospacing="1" w:afterAutospacing="1" w:line="240" w:lineRule="auto"/>
      </w:pPr>
      <w:proofErr w:type="spellStart"/>
      <w:r>
        <w:t>obsługi</w:t>
      </w:r>
      <w:proofErr w:type="spellEnd"/>
      <w:r>
        <w:t xml:space="preserve"> </w:t>
      </w:r>
      <w:proofErr w:type="spellStart"/>
      <w:r>
        <w:t>koszyka</w:t>
      </w:r>
      <w:proofErr w:type="spellEnd"/>
      <w:r>
        <w:t xml:space="preserve">, </w:t>
      </w:r>
    </w:p>
    <w:p w14:paraId="625527D3" w14:textId="77777777" w:rsidR="007E2F8E" w:rsidRDefault="007E2F8E">
      <w:pPr>
        <w:numPr>
          <w:ilvl w:val="0"/>
          <w:numId w:val="24"/>
        </w:numPr>
        <w:spacing w:before="100" w:beforeAutospacing="1" w:afterAutospacing="1" w:line="240" w:lineRule="auto"/>
      </w:pPr>
      <w:proofErr w:type="spellStart"/>
      <w:r>
        <w:t>prowadzenia</w:t>
      </w:r>
      <w:proofErr w:type="spellEnd"/>
      <w:r>
        <w:t xml:space="preserve"> </w:t>
      </w:r>
      <w:proofErr w:type="spellStart"/>
      <w:r>
        <w:t>statystyk</w:t>
      </w:r>
      <w:proofErr w:type="spellEnd"/>
      <w:r>
        <w:t xml:space="preserve"> </w:t>
      </w:r>
      <w:proofErr w:type="spellStart"/>
      <w:r>
        <w:t>odwiedzin</w:t>
      </w:r>
      <w:proofErr w:type="spellEnd"/>
      <w:r>
        <w:t xml:space="preserve">, </w:t>
      </w:r>
    </w:p>
    <w:p w14:paraId="4361408B" w14:textId="3DC2303F" w:rsidR="007E2F8E" w:rsidRDefault="007E2F8E">
      <w:pPr>
        <w:numPr>
          <w:ilvl w:val="0"/>
          <w:numId w:val="24"/>
        </w:numPr>
        <w:spacing w:before="100" w:beforeAutospacing="1" w:afterAutospacing="1" w:line="240" w:lineRule="auto"/>
      </w:pPr>
      <w:proofErr w:type="spellStart"/>
      <w:r>
        <w:t>poprawy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świadczonych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. </w:t>
      </w:r>
    </w:p>
    <w:p w14:paraId="04F5F588" w14:textId="6BE8FCF5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2</w:t>
      </w:r>
      <w:r w:rsidR="001F1337">
        <w:rPr>
          <w:lang w:val="pl-PL"/>
        </w:rPr>
        <w:t>4</w:t>
      </w:r>
      <w:r w:rsidRPr="007E2F8E">
        <w:rPr>
          <w:lang w:val="pl-PL"/>
        </w:rPr>
        <w:t xml:space="preserve">. Rodzaje wykorzystywanych </w:t>
      </w:r>
      <w:proofErr w:type="spellStart"/>
      <w:r w:rsidRPr="007E2F8E">
        <w:rPr>
          <w:lang w:val="pl-PL"/>
        </w:rPr>
        <w:t>cookies</w:t>
      </w:r>
      <w:proofErr w:type="spellEnd"/>
    </w:p>
    <w:p w14:paraId="6AD91E7F" w14:textId="77777777" w:rsidR="007E2F8E" w:rsidRPr="000E2C62" w:rsidRDefault="007E2F8E" w:rsidP="00CA3721">
      <w:pPr>
        <w:spacing w:after="0" w:line="240" w:lineRule="auto"/>
        <w:rPr>
          <w:lang w:val="pl-PL"/>
        </w:rPr>
      </w:pPr>
      <w:r w:rsidRPr="000E2C62">
        <w:rPr>
          <w:lang w:val="pl-PL"/>
        </w:rPr>
        <w:t>Sklep może wykorzystywać:</w:t>
      </w:r>
    </w:p>
    <w:p w14:paraId="2673E1E7" w14:textId="2BAB9BAF" w:rsidR="007E2F8E" w:rsidRPr="00B30ACB" w:rsidRDefault="007E2F8E">
      <w:pPr>
        <w:pStyle w:val="Akapitzlist"/>
        <w:numPr>
          <w:ilvl w:val="0"/>
          <w:numId w:val="25"/>
        </w:numPr>
        <w:spacing w:before="100" w:beforeAutospacing="1" w:afterAutospacing="1" w:line="240" w:lineRule="auto"/>
        <w:rPr>
          <w:lang w:val="pl-PL"/>
        </w:rPr>
      </w:pPr>
      <w:proofErr w:type="spellStart"/>
      <w:r w:rsidRPr="00B30ACB">
        <w:rPr>
          <w:lang w:val="pl-PL"/>
        </w:rPr>
        <w:t>cookies</w:t>
      </w:r>
      <w:proofErr w:type="spellEnd"/>
      <w:r w:rsidRPr="00B30ACB">
        <w:rPr>
          <w:lang w:val="pl-PL"/>
        </w:rPr>
        <w:t xml:space="preserve"> niezbędne</w:t>
      </w:r>
      <w:r w:rsidR="00B30ACB" w:rsidRPr="00B30ACB">
        <w:rPr>
          <w:lang w:val="pl-PL"/>
        </w:rPr>
        <w:t xml:space="preserve"> - Zapewniają prawidłowe działanie sklepu</w:t>
      </w:r>
      <w:r w:rsidRPr="00B30ACB">
        <w:rPr>
          <w:lang w:val="pl-PL"/>
        </w:rPr>
        <w:t xml:space="preserve">, </w:t>
      </w:r>
    </w:p>
    <w:p w14:paraId="46AE26D2" w14:textId="1152A875" w:rsidR="007E2F8E" w:rsidRPr="00B30ACB" w:rsidRDefault="007E2F8E">
      <w:pPr>
        <w:numPr>
          <w:ilvl w:val="0"/>
          <w:numId w:val="25"/>
        </w:numPr>
        <w:spacing w:before="100" w:beforeAutospacing="1" w:afterAutospacing="1" w:line="240" w:lineRule="auto"/>
        <w:rPr>
          <w:lang w:val="pl-PL"/>
        </w:rPr>
      </w:pPr>
      <w:proofErr w:type="spellStart"/>
      <w:r w:rsidRPr="00B30ACB">
        <w:rPr>
          <w:lang w:val="pl-PL"/>
        </w:rPr>
        <w:t>cookies</w:t>
      </w:r>
      <w:proofErr w:type="spellEnd"/>
      <w:r w:rsidRPr="00B30ACB">
        <w:rPr>
          <w:lang w:val="pl-PL"/>
        </w:rPr>
        <w:t xml:space="preserve"> funkcjonalne</w:t>
      </w:r>
      <w:r w:rsidR="00B30ACB" w:rsidRPr="00B30ACB">
        <w:rPr>
          <w:lang w:val="pl-PL"/>
        </w:rPr>
        <w:t xml:space="preserve"> - Zapamiętują preferencje użytkownika</w:t>
      </w:r>
      <w:r w:rsidRPr="00B30ACB">
        <w:rPr>
          <w:lang w:val="pl-PL"/>
        </w:rPr>
        <w:t xml:space="preserve">, </w:t>
      </w:r>
    </w:p>
    <w:p w14:paraId="22142035" w14:textId="030F1255" w:rsidR="007E2F8E" w:rsidRPr="00B30ACB" w:rsidRDefault="007E2F8E">
      <w:pPr>
        <w:numPr>
          <w:ilvl w:val="0"/>
          <w:numId w:val="25"/>
        </w:numPr>
        <w:spacing w:before="100" w:beforeAutospacing="1" w:afterAutospacing="1" w:line="240" w:lineRule="auto"/>
        <w:rPr>
          <w:lang w:val="pl-PL"/>
        </w:rPr>
      </w:pPr>
      <w:proofErr w:type="spellStart"/>
      <w:r w:rsidRPr="00B30ACB">
        <w:rPr>
          <w:lang w:val="pl-PL"/>
        </w:rPr>
        <w:t>cookies</w:t>
      </w:r>
      <w:proofErr w:type="spellEnd"/>
      <w:r w:rsidRPr="00B30ACB">
        <w:rPr>
          <w:lang w:val="pl-PL"/>
        </w:rPr>
        <w:t xml:space="preserve"> analityczne</w:t>
      </w:r>
      <w:r w:rsidR="00B30ACB" w:rsidRPr="00B30ACB">
        <w:rPr>
          <w:lang w:val="pl-PL"/>
        </w:rPr>
        <w:t xml:space="preserve"> - Pozwalają analizować sposób korzystania ze sklepu</w:t>
      </w:r>
      <w:r w:rsidRPr="00B30ACB">
        <w:rPr>
          <w:lang w:val="pl-PL"/>
        </w:rPr>
        <w:t xml:space="preserve">, </w:t>
      </w:r>
    </w:p>
    <w:p w14:paraId="7F3F8DAC" w14:textId="3B90A3F0" w:rsidR="007E2F8E" w:rsidRPr="001F1337" w:rsidRDefault="007E2F8E">
      <w:pPr>
        <w:numPr>
          <w:ilvl w:val="0"/>
          <w:numId w:val="25"/>
        </w:numPr>
        <w:spacing w:before="100" w:beforeAutospacing="1" w:afterAutospacing="1" w:line="240" w:lineRule="auto"/>
        <w:rPr>
          <w:lang w:val="pl-PL"/>
        </w:rPr>
      </w:pPr>
      <w:proofErr w:type="spellStart"/>
      <w:r w:rsidRPr="007E2F8E">
        <w:rPr>
          <w:lang w:val="pl-PL"/>
        </w:rPr>
        <w:t>cookies</w:t>
      </w:r>
      <w:proofErr w:type="spellEnd"/>
      <w:r w:rsidRPr="007E2F8E">
        <w:rPr>
          <w:lang w:val="pl-PL"/>
        </w:rPr>
        <w:t xml:space="preserve"> marketingowe (wyłącznie po uzyskaniu odpowiedniej zgody użytkownika). </w:t>
      </w:r>
    </w:p>
    <w:p w14:paraId="442AF499" w14:textId="657FFD29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2</w:t>
      </w:r>
      <w:r w:rsidR="001F1337">
        <w:rPr>
          <w:lang w:val="pl-PL"/>
        </w:rPr>
        <w:t>5</w:t>
      </w:r>
      <w:r w:rsidRPr="007E2F8E">
        <w:rPr>
          <w:lang w:val="pl-PL"/>
        </w:rPr>
        <w:t xml:space="preserve">. Zarządzanie </w:t>
      </w:r>
      <w:proofErr w:type="spellStart"/>
      <w:r w:rsidRPr="007E2F8E">
        <w:rPr>
          <w:lang w:val="pl-PL"/>
        </w:rPr>
        <w:t>cookies</w:t>
      </w:r>
      <w:proofErr w:type="spellEnd"/>
    </w:p>
    <w:p w14:paraId="3EF667D3" w14:textId="77777777" w:rsidR="007E2F8E" w:rsidRPr="009067CE" w:rsidRDefault="007E2F8E" w:rsidP="00CA3721">
      <w:pPr>
        <w:pStyle w:val="NormalnyWeb"/>
        <w:spacing w:before="0" w:beforeAutospacing="0" w:after="0" w:afterAutospacing="0"/>
        <w:rPr>
          <w:rFonts w:ascii="Aptos" w:eastAsiaTheme="minorEastAsia" w:hAnsi="Aptos" w:cstheme="minorBidi"/>
          <w:sz w:val="21"/>
          <w:szCs w:val="22"/>
          <w:lang w:eastAsia="en-US"/>
        </w:rPr>
      </w:pPr>
      <w:r w:rsidRPr="009067CE">
        <w:rPr>
          <w:rFonts w:ascii="Aptos" w:eastAsiaTheme="minorEastAsia" w:hAnsi="Aptos" w:cstheme="minorBidi"/>
          <w:sz w:val="21"/>
          <w:szCs w:val="22"/>
          <w:lang w:eastAsia="en-US"/>
        </w:rPr>
        <w:t>Użytkownik może w dowolnym momencie:</w:t>
      </w:r>
    </w:p>
    <w:p w14:paraId="0DF9E61E" w14:textId="23E511A6" w:rsidR="007E2F8E" w:rsidRDefault="007E2F8E">
      <w:pPr>
        <w:pStyle w:val="Akapitzlist"/>
        <w:numPr>
          <w:ilvl w:val="0"/>
          <w:numId w:val="26"/>
        </w:numPr>
        <w:spacing w:before="100" w:beforeAutospacing="1" w:afterAutospacing="1" w:line="240" w:lineRule="auto"/>
      </w:pPr>
      <w:proofErr w:type="spellStart"/>
      <w:r>
        <w:t>zmienić</w:t>
      </w:r>
      <w:proofErr w:type="spellEnd"/>
      <w:r>
        <w:t xml:space="preserve"> </w:t>
      </w:r>
      <w:proofErr w:type="spellStart"/>
      <w:r>
        <w:t>ustawienia</w:t>
      </w:r>
      <w:proofErr w:type="spellEnd"/>
      <w:r>
        <w:t xml:space="preserve"> cookies, </w:t>
      </w:r>
    </w:p>
    <w:p w14:paraId="46FDC5EB" w14:textId="77777777" w:rsidR="007E2F8E" w:rsidRDefault="007E2F8E">
      <w:pPr>
        <w:numPr>
          <w:ilvl w:val="0"/>
          <w:numId w:val="26"/>
        </w:numPr>
        <w:spacing w:before="100" w:beforeAutospacing="1" w:afterAutospacing="1" w:line="240" w:lineRule="auto"/>
      </w:pPr>
      <w:proofErr w:type="spellStart"/>
      <w:r>
        <w:t>usunąć</w:t>
      </w:r>
      <w:proofErr w:type="spellEnd"/>
      <w:r>
        <w:t xml:space="preserve"> </w:t>
      </w:r>
      <w:proofErr w:type="spellStart"/>
      <w:r>
        <w:t>zapisane</w:t>
      </w:r>
      <w:proofErr w:type="spellEnd"/>
      <w:r>
        <w:t xml:space="preserve"> </w:t>
      </w:r>
      <w:proofErr w:type="spellStart"/>
      <w:r>
        <w:t>pliki</w:t>
      </w:r>
      <w:proofErr w:type="spellEnd"/>
      <w:r>
        <w:t xml:space="preserve">, </w:t>
      </w:r>
    </w:p>
    <w:p w14:paraId="109EAAFB" w14:textId="77777777" w:rsidR="007E2F8E" w:rsidRDefault="007E2F8E">
      <w:pPr>
        <w:numPr>
          <w:ilvl w:val="0"/>
          <w:numId w:val="26"/>
        </w:numPr>
        <w:spacing w:before="100" w:beforeAutospacing="1" w:afterAutospacing="1" w:line="240" w:lineRule="auto"/>
      </w:pPr>
      <w:proofErr w:type="spellStart"/>
      <w:r>
        <w:t>ograniczyć</w:t>
      </w:r>
      <w:proofErr w:type="spellEnd"/>
      <w:r>
        <w:t xml:space="preserve"> ich </w:t>
      </w:r>
      <w:proofErr w:type="spellStart"/>
      <w:r>
        <w:t>wykorzystywanie</w:t>
      </w:r>
      <w:proofErr w:type="spellEnd"/>
      <w:r>
        <w:t xml:space="preserve">, </w:t>
      </w:r>
    </w:p>
    <w:p w14:paraId="32121429" w14:textId="77777777" w:rsidR="007E2F8E" w:rsidRDefault="007E2F8E">
      <w:pPr>
        <w:numPr>
          <w:ilvl w:val="0"/>
          <w:numId w:val="26"/>
        </w:numPr>
        <w:spacing w:before="100" w:beforeAutospacing="1" w:afterAutospacing="1" w:line="240" w:lineRule="auto"/>
      </w:pPr>
      <w:proofErr w:type="spellStart"/>
      <w:r>
        <w:t>całkowicie</w:t>
      </w:r>
      <w:proofErr w:type="spellEnd"/>
      <w:r>
        <w:t xml:space="preserve"> </w:t>
      </w:r>
      <w:proofErr w:type="spellStart"/>
      <w:r>
        <w:t>zablokować</w:t>
      </w:r>
      <w:proofErr w:type="spellEnd"/>
      <w:r>
        <w:t xml:space="preserve"> cookies. </w:t>
      </w:r>
    </w:p>
    <w:p w14:paraId="54633E61" w14:textId="2DCE22FD" w:rsidR="007E2F8E" w:rsidRPr="00CA3721" w:rsidRDefault="007E2F8E" w:rsidP="00CA3721">
      <w:pPr>
        <w:pStyle w:val="NormalnyWeb"/>
        <w:spacing w:before="0" w:beforeAutospacing="0" w:after="0" w:afterAutospacing="0"/>
        <w:rPr>
          <w:rFonts w:ascii="Aptos" w:eastAsiaTheme="minorEastAsia" w:hAnsi="Aptos" w:cstheme="minorBidi"/>
          <w:sz w:val="21"/>
          <w:szCs w:val="22"/>
          <w:lang w:eastAsia="en-US"/>
        </w:rPr>
      </w:pPr>
      <w:r w:rsidRPr="009067CE">
        <w:rPr>
          <w:rFonts w:ascii="Aptos" w:eastAsiaTheme="minorEastAsia" w:hAnsi="Aptos" w:cstheme="minorBidi"/>
          <w:sz w:val="21"/>
          <w:szCs w:val="22"/>
          <w:lang w:eastAsia="en-US"/>
        </w:rPr>
        <w:t>Ograniczenie</w:t>
      </w:r>
      <w:r w:rsidRPr="00CA3721">
        <w:rPr>
          <w:rFonts w:ascii="Aptos" w:eastAsiaTheme="minorEastAsia" w:hAnsi="Aptos" w:cstheme="minorBidi"/>
          <w:sz w:val="21"/>
          <w:szCs w:val="22"/>
          <w:lang w:eastAsia="en-US"/>
        </w:rPr>
        <w:t xml:space="preserve"> działania </w:t>
      </w:r>
      <w:proofErr w:type="spellStart"/>
      <w:r w:rsidRPr="00CA3721">
        <w:rPr>
          <w:rFonts w:ascii="Aptos" w:eastAsiaTheme="minorEastAsia" w:hAnsi="Aptos" w:cstheme="minorBidi"/>
          <w:sz w:val="21"/>
          <w:szCs w:val="22"/>
          <w:lang w:eastAsia="en-US"/>
        </w:rPr>
        <w:t>cookies</w:t>
      </w:r>
      <w:proofErr w:type="spellEnd"/>
      <w:r w:rsidRPr="00CA3721">
        <w:rPr>
          <w:rFonts w:ascii="Aptos" w:eastAsiaTheme="minorEastAsia" w:hAnsi="Aptos" w:cstheme="minorBidi"/>
          <w:sz w:val="21"/>
          <w:szCs w:val="22"/>
          <w:lang w:eastAsia="en-US"/>
        </w:rPr>
        <w:t xml:space="preserve"> może jednak wpłynąć na poprawne funkcjonowanie sklepu.</w:t>
      </w:r>
    </w:p>
    <w:p w14:paraId="7E5CE507" w14:textId="3A3E9165" w:rsidR="007E2F8E" w:rsidRDefault="007E2F8E" w:rsidP="007E2F8E">
      <w:pPr>
        <w:pStyle w:val="Nagwek1"/>
      </w:pPr>
      <w:r>
        <w:t>§ 2</w:t>
      </w:r>
      <w:r w:rsidR="001F1337">
        <w:t>6</w:t>
      </w:r>
      <w:r>
        <w:t xml:space="preserve">. Prawa </w:t>
      </w:r>
      <w:proofErr w:type="spellStart"/>
      <w:r>
        <w:t>autorskie</w:t>
      </w:r>
      <w:proofErr w:type="spellEnd"/>
    </w:p>
    <w:p w14:paraId="4CCB3CEC" w14:textId="77777777" w:rsidR="007E2F8E" w:rsidRPr="007E2F8E" w:rsidRDefault="007E2F8E">
      <w:pPr>
        <w:numPr>
          <w:ilvl w:val="0"/>
          <w:numId w:val="27"/>
        </w:numPr>
        <w:tabs>
          <w:tab w:val="clear" w:pos="720"/>
          <w:tab w:val="num" w:pos="426"/>
        </w:tabs>
        <w:spacing w:after="0" w:line="240" w:lineRule="auto"/>
        <w:ind w:left="426"/>
        <w:rPr>
          <w:lang w:val="pl-PL"/>
        </w:rPr>
      </w:pPr>
      <w:r w:rsidRPr="007E2F8E">
        <w:rPr>
          <w:lang w:val="pl-PL"/>
        </w:rPr>
        <w:t xml:space="preserve">Wszystkie materiały znajdujące się w sklepie internetowym, w szczególności: </w:t>
      </w:r>
    </w:p>
    <w:p w14:paraId="2BECFB7C" w14:textId="461C614B" w:rsidR="007E2F8E" w:rsidRDefault="007E2F8E">
      <w:pPr>
        <w:pStyle w:val="Akapitzlist"/>
        <w:numPr>
          <w:ilvl w:val="0"/>
          <w:numId w:val="28"/>
        </w:numPr>
        <w:spacing w:after="0" w:line="240" w:lineRule="auto"/>
      </w:pPr>
      <w:proofErr w:type="spellStart"/>
      <w:r>
        <w:t>fotografie</w:t>
      </w:r>
      <w:proofErr w:type="spellEnd"/>
      <w:r>
        <w:t xml:space="preserve">, </w:t>
      </w:r>
    </w:p>
    <w:p w14:paraId="3D787E0B" w14:textId="77777777" w:rsidR="007E2F8E" w:rsidRDefault="007E2F8E">
      <w:pPr>
        <w:numPr>
          <w:ilvl w:val="0"/>
          <w:numId w:val="28"/>
        </w:numPr>
        <w:spacing w:after="0" w:line="240" w:lineRule="auto"/>
      </w:pPr>
      <w:proofErr w:type="spellStart"/>
      <w:r>
        <w:t>grafiki</w:t>
      </w:r>
      <w:proofErr w:type="spellEnd"/>
      <w:r>
        <w:t xml:space="preserve">, </w:t>
      </w:r>
    </w:p>
    <w:p w14:paraId="52883619" w14:textId="77777777" w:rsidR="007E2F8E" w:rsidRDefault="007E2F8E">
      <w:pPr>
        <w:numPr>
          <w:ilvl w:val="0"/>
          <w:numId w:val="28"/>
        </w:numPr>
        <w:spacing w:after="0" w:line="240" w:lineRule="auto"/>
      </w:pPr>
      <w:r>
        <w:t xml:space="preserve">logotypy, </w:t>
      </w:r>
    </w:p>
    <w:p w14:paraId="4E904F92" w14:textId="77777777" w:rsidR="007E2F8E" w:rsidRDefault="007E2F8E">
      <w:pPr>
        <w:numPr>
          <w:ilvl w:val="0"/>
          <w:numId w:val="28"/>
        </w:numPr>
        <w:spacing w:after="0" w:line="240" w:lineRule="auto"/>
      </w:pPr>
      <w:proofErr w:type="spellStart"/>
      <w:r>
        <w:t>opisy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, </w:t>
      </w:r>
    </w:p>
    <w:p w14:paraId="114982DC" w14:textId="77777777" w:rsidR="007E2F8E" w:rsidRDefault="007E2F8E">
      <w:pPr>
        <w:numPr>
          <w:ilvl w:val="0"/>
          <w:numId w:val="28"/>
        </w:numPr>
        <w:spacing w:after="0" w:line="240" w:lineRule="auto"/>
      </w:pPr>
      <w:proofErr w:type="spellStart"/>
      <w:r>
        <w:t>treści</w:t>
      </w:r>
      <w:proofErr w:type="spellEnd"/>
      <w:r>
        <w:t xml:space="preserve"> </w:t>
      </w:r>
      <w:proofErr w:type="spellStart"/>
      <w:r>
        <w:t>tekstowe</w:t>
      </w:r>
      <w:proofErr w:type="spellEnd"/>
      <w:r>
        <w:t xml:space="preserve">, </w:t>
      </w:r>
    </w:p>
    <w:p w14:paraId="4C2DFE33" w14:textId="77777777" w:rsidR="007E2F8E" w:rsidRPr="009067CE" w:rsidRDefault="007E2F8E" w:rsidP="00CA3721">
      <w:pPr>
        <w:pStyle w:val="NormalnyWeb"/>
        <w:spacing w:before="0" w:beforeAutospacing="0" w:after="0" w:afterAutospacing="0"/>
        <w:ind w:left="709"/>
        <w:rPr>
          <w:rFonts w:ascii="Aptos" w:eastAsiaTheme="minorEastAsia" w:hAnsi="Aptos" w:cstheme="minorBidi"/>
          <w:sz w:val="21"/>
          <w:szCs w:val="22"/>
          <w:lang w:eastAsia="en-US"/>
        </w:rPr>
      </w:pPr>
      <w:r w:rsidRPr="009067CE">
        <w:rPr>
          <w:rFonts w:ascii="Aptos" w:eastAsiaTheme="minorEastAsia" w:hAnsi="Aptos" w:cstheme="minorBidi"/>
          <w:sz w:val="21"/>
          <w:szCs w:val="22"/>
          <w:lang w:eastAsia="en-US"/>
        </w:rPr>
        <w:lastRenderedPageBreak/>
        <w:t>stanowią własność Fundacji Veritas lub zostały wykorzystane zgodnie z obowiązującymi przepisami prawa.</w:t>
      </w:r>
    </w:p>
    <w:p w14:paraId="425EE1C5" w14:textId="5392CF7D" w:rsidR="007E2F8E" w:rsidRPr="001F1337" w:rsidRDefault="007E2F8E">
      <w:pPr>
        <w:numPr>
          <w:ilvl w:val="0"/>
          <w:numId w:val="29"/>
        </w:numPr>
        <w:spacing w:after="0" w:line="240" w:lineRule="auto"/>
        <w:rPr>
          <w:lang w:val="pl-PL"/>
        </w:rPr>
      </w:pPr>
      <w:r w:rsidRPr="007E2F8E">
        <w:rPr>
          <w:lang w:val="pl-PL"/>
        </w:rPr>
        <w:t xml:space="preserve">Zabronione jest kopiowanie, rozpowszechnianie lub wykorzystywanie materiałów bez uprzedniej zgody Fundacji, z wyjątkiem przypadków przewidzianych przepisami prawa. </w:t>
      </w:r>
    </w:p>
    <w:p w14:paraId="62D32DCC" w14:textId="1B5727CC" w:rsidR="007E2F8E" w:rsidRDefault="007E2F8E" w:rsidP="007E2F8E">
      <w:pPr>
        <w:pStyle w:val="Nagwek1"/>
        <w:rPr>
          <w:rFonts w:ascii="Times New Roman" w:hAnsi="Times New Roman"/>
          <w:sz w:val="48"/>
        </w:rPr>
      </w:pPr>
      <w:r>
        <w:t>§ 2</w:t>
      </w:r>
      <w:r w:rsidR="001F1337">
        <w:t>7</w:t>
      </w:r>
      <w:r>
        <w:t xml:space="preserve">. </w:t>
      </w:r>
      <w:proofErr w:type="spellStart"/>
      <w:r>
        <w:t>Odpowiedzialność</w:t>
      </w:r>
      <w:proofErr w:type="spellEnd"/>
      <w:r>
        <w:t xml:space="preserve"> </w:t>
      </w:r>
      <w:proofErr w:type="spellStart"/>
      <w:r>
        <w:t>Sprzedawcy</w:t>
      </w:r>
      <w:proofErr w:type="spellEnd"/>
    </w:p>
    <w:p w14:paraId="5A90C58C" w14:textId="77777777" w:rsidR="007E2F8E" w:rsidRPr="007E2F8E" w:rsidRDefault="007E2F8E">
      <w:pPr>
        <w:numPr>
          <w:ilvl w:val="0"/>
          <w:numId w:val="30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Fundacja Veritas dokłada należytej staranności, aby informacje prezentowane w Sklepie były kompletne, zgodne z prawdą i aktualne. </w:t>
      </w:r>
    </w:p>
    <w:p w14:paraId="7EF76EE9" w14:textId="77777777" w:rsidR="007E2F8E" w:rsidRDefault="007E2F8E">
      <w:pPr>
        <w:numPr>
          <w:ilvl w:val="0"/>
          <w:numId w:val="30"/>
        </w:numPr>
        <w:spacing w:before="100" w:beforeAutospacing="1" w:afterAutospacing="1" w:line="240" w:lineRule="auto"/>
        <w:jc w:val="both"/>
      </w:pPr>
      <w:r w:rsidRPr="007E2F8E">
        <w:rPr>
          <w:lang w:val="pl-PL"/>
        </w:rPr>
        <w:t xml:space="preserve">Zdjęcia produktów mają charakter poglądowy i służą wyłącznie prezentacji oferowanych Towarów.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wystąpić</w:t>
      </w:r>
      <w:proofErr w:type="spellEnd"/>
      <w:r>
        <w:t xml:space="preserve"> </w:t>
      </w:r>
      <w:proofErr w:type="spellStart"/>
      <w:r>
        <w:t>niewielkie</w:t>
      </w:r>
      <w:proofErr w:type="spellEnd"/>
      <w:r>
        <w:t xml:space="preserve"> </w:t>
      </w:r>
      <w:proofErr w:type="spellStart"/>
      <w:r>
        <w:t>różnice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z: </w:t>
      </w:r>
    </w:p>
    <w:p w14:paraId="7566E5CA" w14:textId="77777777" w:rsidR="007E2F8E" w:rsidRP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indywidualnych ustawień monitora lub urządzenia, </w:t>
      </w:r>
    </w:p>
    <w:p w14:paraId="078A6E0C" w14:textId="77777777" w:rsid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</w:pPr>
      <w:proofErr w:type="spellStart"/>
      <w:r>
        <w:t>partii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, </w:t>
      </w:r>
    </w:p>
    <w:p w14:paraId="64AC78FB" w14:textId="77777777" w:rsid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</w:pPr>
      <w:proofErr w:type="spellStart"/>
      <w:r>
        <w:t>ręcznego</w:t>
      </w:r>
      <w:proofErr w:type="spellEnd"/>
      <w:r>
        <w:t xml:space="preserve">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, </w:t>
      </w:r>
    </w:p>
    <w:p w14:paraId="47AA1EFB" w14:textId="77777777" w:rsid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</w:pPr>
      <w:proofErr w:type="spellStart"/>
      <w:r>
        <w:t>techniki</w:t>
      </w:r>
      <w:proofErr w:type="spellEnd"/>
      <w:r>
        <w:t xml:space="preserve"> </w:t>
      </w:r>
      <w:proofErr w:type="spellStart"/>
      <w:r>
        <w:t>nadruku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haftu</w:t>
      </w:r>
      <w:proofErr w:type="spellEnd"/>
      <w:r>
        <w:t xml:space="preserve">. </w:t>
      </w:r>
    </w:p>
    <w:p w14:paraId="64736F4E" w14:textId="77777777" w:rsidR="007E2F8E" w:rsidRPr="007E2F8E" w:rsidRDefault="007E2F8E">
      <w:pPr>
        <w:numPr>
          <w:ilvl w:val="0"/>
          <w:numId w:val="30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Fundacja nie ponosi odpowiedzialności za brak możliwości korzystania ze Sklepu wynikający z: </w:t>
      </w:r>
    </w:p>
    <w:p w14:paraId="3B81E14C" w14:textId="77777777" w:rsid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</w:pPr>
      <w:proofErr w:type="spellStart"/>
      <w:r>
        <w:t>awarii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Internet, </w:t>
      </w:r>
    </w:p>
    <w:p w14:paraId="00ACF1E9" w14:textId="77777777" w:rsid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</w:pPr>
      <w:proofErr w:type="spellStart"/>
      <w:r>
        <w:t>działania</w:t>
      </w:r>
      <w:proofErr w:type="spellEnd"/>
      <w:r>
        <w:t xml:space="preserve"> </w:t>
      </w:r>
      <w:proofErr w:type="spellStart"/>
      <w:r>
        <w:t>siły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, </w:t>
      </w:r>
    </w:p>
    <w:p w14:paraId="05C92E32" w14:textId="77777777" w:rsid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</w:pPr>
      <w:proofErr w:type="spellStart"/>
      <w:r>
        <w:t>przerw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, </w:t>
      </w:r>
    </w:p>
    <w:p w14:paraId="11FDF0A3" w14:textId="77777777" w:rsidR="007E2F8E" w:rsidRPr="007E2F8E" w:rsidRDefault="007E2F8E">
      <w:pPr>
        <w:numPr>
          <w:ilvl w:val="1"/>
          <w:numId w:val="30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awarii systemów teleinformatycznych niezależnych od Fundacji. </w:t>
      </w:r>
    </w:p>
    <w:p w14:paraId="244A31AF" w14:textId="0A17CFC4" w:rsidR="007E2F8E" w:rsidRPr="001F1337" w:rsidRDefault="007E2F8E">
      <w:pPr>
        <w:numPr>
          <w:ilvl w:val="0"/>
          <w:numId w:val="30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Fundacja zastrzega sobie prawo do czasowego zawieszenia funkcjonowania Sklepu w celu przeprowadzenia prac serwisowych, aktualizacji lub modernizacji. </w:t>
      </w:r>
    </w:p>
    <w:p w14:paraId="4D60BFBE" w14:textId="0A00FFF7" w:rsidR="007E2F8E" w:rsidRDefault="007E2F8E" w:rsidP="007E2F8E">
      <w:pPr>
        <w:pStyle w:val="Nagwek1"/>
      </w:pPr>
      <w:r>
        <w:t xml:space="preserve">§ </w:t>
      </w:r>
      <w:r w:rsidR="001F1337">
        <w:t>28</w:t>
      </w:r>
      <w:r>
        <w:t xml:space="preserve">. </w:t>
      </w:r>
      <w:proofErr w:type="spellStart"/>
      <w:r>
        <w:t>Odpowiedzialność</w:t>
      </w:r>
      <w:proofErr w:type="spellEnd"/>
      <w:r>
        <w:t xml:space="preserve"> </w:t>
      </w:r>
      <w:proofErr w:type="spellStart"/>
      <w:r>
        <w:t>Klienta</w:t>
      </w:r>
      <w:proofErr w:type="spellEnd"/>
    </w:p>
    <w:p w14:paraId="13A8CC92" w14:textId="77777777" w:rsidR="007E2F8E" w:rsidRPr="007E2F8E" w:rsidRDefault="007E2F8E">
      <w:pPr>
        <w:numPr>
          <w:ilvl w:val="0"/>
          <w:numId w:val="31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Klient zobowiązuje się korzystać ze Sklepu zgodnie z obowiązującym prawem oraz postanowieniami Regulaminu. </w:t>
      </w:r>
    </w:p>
    <w:p w14:paraId="4DBCA9C5" w14:textId="77777777" w:rsidR="007E2F8E" w:rsidRDefault="007E2F8E">
      <w:pPr>
        <w:numPr>
          <w:ilvl w:val="0"/>
          <w:numId w:val="31"/>
        </w:numPr>
        <w:spacing w:before="100" w:beforeAutospacing="1" w:afterAutospacing="1" w:line="240" w:lineRule="auto"/>
        <w:jc w:val="both"/>
      </w:pPr>
      <w:proofErr w:type="spellStart"/>
      <w:r>
        <w:t>Zabronione</w:t>
      </w:r>
      <w:proofErr w:type="spellEnd"/>
      <w:r>
        <w:t xml:space="preserve"> jest: </w:t>
      </w:r>
    </w:p>
    <w:p w14:paraId="59C9D543" w14:textId="39BE1E26" w:rsidR="007E2F8E" w:rsidRDefault="007E2F8E">
      <w:pPr>
        <w:pStyle w:val="Akapitzlist"/>
        <w:numPr>
          <w:ilvl w:val="1"/>
          <w:numId w:val="31"/>
        </w:numPr>
        <w:spacing w:before="100" w:beforeAutospacing="1" w:afterAutospacing="1" w:line="240" w:lineRule="auto"/>
        <w:jc w:val="both"/>
      </w:pPr>
      <w:proofErr w:type="spellStart"/>
      <w:r>
        <w:t>podawanie</w:t>
      </w:r>
      <w:proofErr w:type="spellEnd"/>
      <w:r>
        <w:t xml:space="preserve"> </w:t>
      </w:r>
      <w:proofErr w:type="spellStart"/>
      <w:r>
        <w:t>nieprawdziwych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</w:p>
    <w:p w14:paraId="2F075E5B" w14:textId="77777777" w:rsidR="007E2F8E" w:rsidRDefault="007E2F8E">
      <w:pPr>
        <w:numPr>
          <w:ilvl w:val="1"/>
          <w:numId w:val="31"/>
        </w:numPr>
        <w:spacing w:before="100" w:beforeAutospacing="1" w:afterAutospacing="1" w:line="240" w:lineRule="auto"/>
        <w:jc w:val="both"/>
      </w:pPr>
      <w:proofErr w:type="spellStart"/>
      <w:r>
        <w:t>składanie</w:t>
      </w:r>
      <w:proofErr w:type="spellEnd"/>
      <w:r>
        <w:t xml:space="preserve"> </w:t>
      </w:r>
      <w:proofErr w:type="spellStart"/>
      <w:r>
        <w:t>fikcyjnych</w:t>
      </w:r>
      <w:proofErr w:type="spellEnd"/>
      <w:r>
        <w:t xml:space="preserve"> </w:t>
      </w:r>
      <w:proofErr w:type="spellStart"/>
      <w:r>
        <w:t>zamówień</w:t>
      </w:r>
      <w:proofErr w:type="spellEnd"/>
      <w:r>
        <w:t xml:space="preserve">, </w:t>
      </w:r>
    </w:p>
    <w:p w14:paraId="48BB9BEE" w14:textId="77777777" w:rsidR="007E2F8E" w:rsidRPr="007E2F8E" w:rsidRDefault="007E2F8E">
      <w:pPr>
        <w:numPr>
          <w:ilvl w:val="1"/>
          <w:numId w:val="31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podejmowanie działań mogących zakłócić funkcjonowanie Sklepu, </w:t>
      </w:r>
    </w:p>
    <w:p w14:paraId="6059CF41" w14:textId="77777777" w:rsidR="007E2F8E" w:rsidRPr="007E2F8E" w:rsidRDefault="007E2F8E">
      <w:pPr>
        <w:numPr>
          <w:ilvl w:val="1"/>
          <w:numId w:val="31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wykorzystywanie Sklepu do celów niezgodnych z prawem. </w:t>
      </w:r>
    </w:p>
    <w:p w14:paraId="31F3F73C" w14:textId="7EF64B45" w:rsidR="007E2F8E" w:rsidRPr="009067CE" w:rsidRDefault="007E2F8E">
      <w:pPr>
        <w:numPr>
          <w:ilvl w:val="0"/>
          <w:numId w:val="31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Klient ponosi odpowiedzialność za skutki podania nieprawidłowych danych, w szczególności błędnego adresu dostawy. </w:t>
      </w:r>
    </w:p>
    <w:p w14:paraId="7760993A" w14:textId="0D71270F" w:rsidR="007E2F8E" w:rsidRDefault="007E2F8E" w:rsidP="007E2F8E">
      <w:pPr>
        <w:pStyle w:val="Nagwek1"/>
      </w:pPr>
      <w:r>
        <w:t xml:space="preserve">§ </w:t>
      </w:r>
      <w:r w:rsidR="001F1337">
        <w:t>29</w:t>
      </w:r>
      <w:r>
        <w:t xml:space="preserve">. </w:t>
      </w:r>
      <w:proofErr w:type="spellStart"/>
      <w:r>
        <w:t>Własność</w:t>
      </w:r>
      <w:proofErr w:type="spellEnd"/>
      <w:r>
        <w:t xml:space="preserve"> </w:t>
      </w:r>
      <w:proofErr w:type="spellStart"/>
      <w:r>
        <w:t>intelektualna</w:t>
      </w:r>
      <w:proofErr w:type="spellEnd"/>
    </w:p>
    <w:p w14:paraId="4FE33D81" w14:textId="77777777" w:rsidR="007E2F8E" w:rsidRPr="007E2F8E" w:rsidRDefault="007E2F8E">
      <w:pPr>
        <w:numPr>
          <w:ilvl w:val="0"/>
          <w:numId w:val="32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Wszystkie prawa do materiałów zamieszczonych w Sklepie przysługują Fundacji Veritas lub podmiotom, które udzieliły Fundacji stosownych licencji. </w:t>
      </w:r>
    </w:p>
    <w:p w14:paraId="5BBB6C62" w14:textId="77777777" w:rsidR="007E2F8E" w:rsidRPr="007E2F8E" w:rsidRDefault="007E2F8E">
      <w:pPr>
        <w:numPr>
          <w:ilvl w:val="0"/>
          <w:numId w:val="32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Bez uprzedniej pisemnej zgody Fundacji zabrania się w szczególności: </w:t>
      </w:r>
    </w:p>
    <w:p w14:paraId="4039C25E" w14:textId="36DF11FA" w:rsidR="007E2F8E" w:rsidRDefault="007E2F8E">
      <w:pPr>
        <w:pStyle w:val="Akapitzlist"/>
        <w:numPr>
          <w:ilvl w:val="1"/>
          <w:numId w:val="32"/>
        </w:numPr>
        <w:spacing w:before="100" w:beforeAutospacing="1" w:afterAutospacing="1" w:line="240" w:lineRule="auto"/>
        <w:jc w:val="both"/>
      </w:pPr>
      <w:proofErr w:type="spellStart"/>
      <w:r>
        <w:t>kopiowania</w:t>
      </w:r>
      <w:proofErr w:type="spellEnd"/>
      <w:r>
        <w:t xml:space="preserve"> </w:t>
      </w:r>
      <w:proofErr w:type="spellStart"/>
      <w:r>
        <w:t>opisów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, </w:t>
      </w:r>
    </w:p>
    <w:p w14:paraId="02E27707" w14:textId="77777777" w:rsidR="007E2F8E" w:rsidRDefault="007E2F8E">
      <w:pPr>
        <w:numPr>
          <w:ilvl w:val="1"/>
          <w:numId w:val="32"/>
        </w:numPr>
        <w:spacing w:before="100" w:beforeAutospacing="1" w:afterAutospacing="1" w:line="240" w:lineRule="auto"/>
        <w:jc w:val="both"/>
      </w:pPr>
      <w:proofErr w:type="spellStart"/>
      <w:r>
        <w:t>wykorzystywania</w:t>
      </w:r>
      <w:proofErr w:type="spellEnd"/>
      <w:r>
        <w:t xml:space="preserve"> </w:t>
      </w:r>
      <w:proofErr w:type="spellStart"/>
      <w:r>
        <w:t>zdjęć</w:t>
      </w:r>
      <w:proofErr w:type="spellEnd"/>
      <w:r>
        <w:t xml:space="preserve">, </w:t>
      </w:r>
    </w:p>
    <w:p w14:paraId="44FD0A14" w14:textId="77777777" w:rsidR="007E2F8E" w:rsidRDefault="007E2F8E">
      <w:pPr>
        <w:numPr>
          <w:ilvl w:val="1"/>
          <w:numId w:val="32"/>
        </w:numPr>
        <w:spacing w:before="100" w:beforeAutospacing="1" w:afterAutospacing="1" w:line="240" w:lineRule="auto"/>
        <w:jc w:val="both"/>
      </w:pPr>
      <w:proofErr w:type="spellStart"/>
      <w:r>
        <w:t>rozpowszechniania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graficznych</w:t>
      </w:r>
      <w:proofErr w:type="spellEnd"/>
      <w:r>
        <w:t xml:space="preserve">, </w:t>
      </w:r>
    </w:p>
    <w:p w14:paraId="3A78867F" w14:textId="77777777" w:rsidR="007E2F8E" w:rsidRDefault="007E2F8E">
      <w:pPr>
        <w:numPr>
          <w:ilvl w:val="1"/>
          <w:numId w:val="32"/>
        </w:numPr>
        <w:spacing w:before="100" w:beforeAutospacing="1" w:afterAutospacing="1" w:line="240" w:lineRule="auto"/>
        <w:jc w:val="both"/>
      </w:pPr>
      <w:proofErr w:type="spellStart"/>
      <w:r>
        <w:t>wykorzystywania</w:t>
      </w:r>
      <w:proofErr w:type="spellEnd"/>
      <w:r>
        <w:t xml:space="preserve"> </w:t>
      </w:r>
      <w:proofErr w:type="spellStart"/>
      <w:r>
        <w:t>logotypów</w:t>
      </w:r>
      <w:proofErr w:type="spellEnd"/>
      <w:r>
        <w:t xml:space="preserve">, </w:t>
      </w:r>
    </w:p>
    <w:p w14:paraId="3CCC8FD4" w14:textId="77777777" w:rsidR="007E2F8E" w:rsidRPr="007E2F8E" w:rsidRDefault="007E2F8E">
      <w:pPr>
        <w:numPr>
          <w:ilvl w:val="1"/>
          <w:numId w:val="32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publikowania treści Sklepu w innych serwisach. </w:t>
      </w:r>
    </w:p>
    <w:p w14:paraId="09B65663" w14:textId="4D264B90" w:rsidR="007E2F8E" w:rsidRPr="001F1337" w:rsidRDefault="007E2F8E">
      <w:pPr>
        <w:numPr>
          <w:ilvl w:val="0"/>
          <w:numId w:val="32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Dopuszczalne jest korzystanie z materiałów wyłącznie w zakresie dozwolonym przez obowiązujące przepisy prawa. </w:t>
      </w:r>
    </w:p>
    <w:p w14:paraId="331CBB14" w14:textId="6172362A" w:rsidR="007E2F8E" w:rsidRDefault="007E2F8E" w:rsidP="007E2F8E">
      <w:pPr>
        <w:pStyle w:val="Nagwek1"/>
      </w:pPr>
      <w:r>
        <w:lastRenderedPageBreak/>
        <w:t>§ 3</w:t>
      </w:r>
      <w:r w:rsidR="001F1337">
        <w:t>0</w:t>
      </w:r>
      <w:r>
        <w:t xml:space="preserve">. </w:t>
      </w:r>
      <w:proofErr w:type="spellStart"/>
      <w:r>
        <w:t>Siła</w:t>
      </w:r>
      <w:proofErr w:type="spellEnd"/>
      <w:r>
        <w:t xml:space="preserve"> </w:t>
      </w:r>
      <w:proofErr w:type="spellStart"/>
      <w:r>
        <w:t>wyższa</w:t>
      </w:r>
      <w:proofErr w:type="spellEnd"/>
    </w:p>
    <w:p w14:paraId="7041C10F" w14:textId="77777777" w:rsidR="007E2F8E" w:rsidRPr="007E2F8E" w:rsidRDefault="007E2F8E">
      <w:pPr>
        <w:numPr>
          <w:ilvl w:val="0"/>
          <w:numId w:val="33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Fundacja nie ponosi odpowiedzialności za niewykonanie lub nienależyte wykonanie Umowy, jeżeli jest ono spowodowane wystąpieniem siły wyższej. </w:t>
      </w:r>
    </w:p>
    <w:p w14:paraId="259851A4" w14:textId="77777777" w:rsidR="007E2F8E" w:rsidRPr="007E2F8E" w:rsidRDefault="007E2F8E">
      <w:pPr>
        <w:numPr>
          <w:ilvl w:val="0"/>
          <w:numId w:val="33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Za siłę wyższą uważa się w szczególności: </w:t>
      </w:r>
    </w:p>
    <w:p w14:paraId="5F80B759" w14:textId="5E3E8ED1" w:rsidR="007E2F8E" w:rsidRDefault="007E2F8E">
      <w:pPr>
        <w:pStyle w:val="Akapitzlist"/>
        <w:numPr>
          <w:ilvl w:val="1"/>
          <w:numId w:val="33"/>
        </w:numPr>
        <w:spacing w:before="100" w:beforeAutospacing="1" w:afterAutospacing="1" w:line="240" w:lineRule="auto"/>
      </w:pPr>
      <w:proofErr w:type="spellStart"/>
      <w:r>
        <w:t>klęski</w:t>
      </w:r>
      <w:proofErr w:type="spellEnd"/>
      <w:r>
        <w:t xml:space="preserve"> </w:t>
      </w:r>
      <w:proofErr w:type="spellStart"/>
      <w:r>
        <w:t>żywiołowe</w:t>
      </w:r>
      <w:proofErr w:type="spellEnd"/>
      <w:r>
        <w:t xml:space="preserve">, </w:t>
      </w:r>
    </w:p>
    <w:p w14:paraId="6806C911" w14:textId="77777777" w:rsidR="007E2F8E" w:rsidRDefault="007E2F8E">
      <w:pPr>
        <w:numPr>
          <w:ilvl w:val="1"/>
          <w:numId w:val="33"/>
        </w:numPr>
        <w:spacing w:before="100" w:beforeAutospacing="1" w:afterAutospacing="1" w:line="240" w:lineRule="auto"/>
      </w:pPr>
      <w:proofErr w:type="spellStart"/>
      <w:r>
        <w:t>działania</w:t>
      </w:r>
      <w:proofErr w:type="spellEnd"/>
      <w:r>
        <w:t xml:space="preserve"> </w:t>
      </w:r>
      <w:proofErr w:type="spellStart"/>
      <w:r>
        <w:t>wojenne</w:t>
      </w:r>
      <w:proofErr w:type="spellEnd"/>
      <w:r>
        <w:t xml:space="preserve">, </w:t>
      </w:r>
    </w:p>
    <w:p w14:paraId="675C750E" w14:textId="77777777" w:rsidR="007E2F8E" w:rsidRDefault="007E2F8E">
      <w:pPr>
        <w:numPr>
          <w:ilvl w:val="1"/>
          <w:numId w:val="33"/>
        </w:numPr>
        <w:spacing w:before="100" w:beforeAutospacing="1" w:afterAutospacing="1" w:line="240" w:lineRule="auto"/>
      </w:pPr>
      <w:proofErr w:type="spellStart"/>
      <w:r>
        <w:t>akty</w:t>
      </w:r>
      <w:proofErr w:type="spellEnd"/>
      <w:r>
        <w:t xml:space="preserve"> </w:t>
      </w:r>
      <w:proofErr w:type="spellStart"/>
      <w:r>
        <w:t>terrorystyczne</w:t>
      </w:r>
      <w:proofErr w:type="spellEnd"/>
      <w:r>
        <w:t xml:space="preserve">, </w:t>
      </w:r>
    </w:p>
    <w:p w14:paraId="610378CB" w14:textId="77777777" w:rsidR="007E2F8E" w:rsidRDefault="007E2F8E">
      <w:pPr>
        <w:numPr>
          <w:ilvl w:val="1"/>
          <w:numId w:val="33"/>
        </w:numPr>
        <w:spacing w:before="100" w:beforeAutospacing="1" w:afterAutospacing="1" w:line="240" w:lineRule="auto"/>
      </w:pPr>
      <w:proofErr w:type="spellStart"/>
      <w:r>
        <w:t>epidemie</w:t>
      </w:r>
      <w:proofErr w:type="spellEnd"/>
      <w:r>
        <w:t xml:space="preserve">, </w:t>
      </w:r>
    </w:p>
    <w:p w14:paraId="5D3DF45D" w14:textId="77777777" w:rsidR="007E2F8E" w:rsidRDefault="007E2F8E">
      <w:pPr>
        <w:numPr>
          <w:ilvl w:val="1"/>
          <w:numId w:val="33"/>
        </w:numPr>
        <w:spacing w:before="100" w:beforeAutospacing="1" w:afterAutospacing="1" w:line="240" w:lineRule="auto"/>
      </w:pPr>
      <w:proofErr w:type="spellStart"/>
      <w:r>
        <w:t>decyzje</w:t>
      </w:r>
      <w:proofErr w:type="spellEnd"/>
      <w:r>
        <w:t xml:space="preserve"> </w:t>
      </w:r>
      <w:proofErr w:type="spellStart"/>
      <w:r>
        <w:t>organów</w:t>
      </w:r>
      <w:proofErr w:type="spellEnd"/>
      <w:r>
        <w:t xml:space="preserve"> </w:t>
      </w:r>
      <w:proofErr w:type="spellStart"/>
      <w:r>
        <w:t>administracji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t xml:space="preserve">, </w:t>
      </w:r>
    </w:p>
    <w:p w14:paraId="2CD46DDA" w14:textId="77777777" w:rsidR="007E2F8E" w:rsidRDefault="007E2F8E">
      <w:pPr>
        <w:numPr>
          <w:ilvl w:val="1"/>
          <w:numId w:val="33"/>
        </w:numPr>
        <w:spacing w:before="100" w:beforeAutospacing="1" w:afterAutospacing="1" w:line="240" w:lineRule="auto"/>
      </w:pPr>
      <w:proofErr w:type="spellStart"/>
      <w:r>
        <w:t>długotrwałe</w:t>
      </w:r>
      <w:proofErr w:type="spellEnd"/>
      <w:r>
        <w:t xml:space="preserve"> </w:t>
      </w:r>
      <w:proofErr w:type="spellStart"/>
      <w:r>
        <w:t>awarie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teleinformatycznej</w:t>
      </w:r>
      <w:proofErr w:type="spellEnd"/>
      <w:r>
        <w:t xml:space="preserve">. </w:t>
      </w:r>
    </w:p>
    <w:p w14:paraId="12C0FD2D" w14:textId="397F8990" w:rsidR="007E2F8E" w:rsidRPr="001F1337" w:rsidRDefault="007E2F8E">
      <w:pPr>
        <w:numPr>
          <w:ilvl w:val="0"/>
          <w:numId w:val="33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W przypadku wystąpienia siły wyższej Fundacja niezwłocznie poinformuje Klienta o przewidywanym wpływie na realizację zamówienia. </w:t>
      </w:r>
    </w:p>
    <w:p w14:paraId="10BD5056" w14:textId="16589A8B" w:rsidR="007E2F8E" w:rsidRDefault="007E2F8E" w:rsidP="007E2F8E">
      <w:pPr>
        <w:pStyle w:val="Nagwek1"/>
      </w:pPr>
      <w:r>
        <w:t>§ 3</w:t>
      </w:r>
      <w:r w:rsidR="001F1337">
        <w:t>1</w:t>
      </w:r>
      <w:r>
        <w:t xml:space="preserve">. </w:t>
      </w:r>
      <w:proofErr w:type="spellStart"/>
      <w:r>
        <w:t>Zmiana</w:t>
      </w:r>
      <w:proofErr w:type="spellEnd"/>
      <w:r>
        <w:t xml:space="preserve"> </w:t>
      </w:r>
      <w:proofErr w:type="spellStart"/>
      <w:r>
        <w:t>Regulaminu</w:t>
      </w:r>
      <w:proofErr w:type="spellEnd"/>
    </w:p>
    <w:p w14:paraId="49BFB46E" w14:textId="77777777" w:rsidR="007E2F8E" w:rsidRPr="007E2F8E" w:rsidRDefault="007E2F8E">
      <w:pPr>
        <w:numPr>
          <w:ilvl w:val="0"/>
          <w:numId w:val="34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Fundacja może dokonać zmiany Regulaminu wyłącznie z ważnych przyczyn, w szczególności: </w:t>
      </w:r>
    </w:p>
    <w:p w14:paraId="5A79BAD9" w14:textId="1FDB940B" w:rsidR="007E2F8E" w:rsidRDefault="007E2F8E">
      <w:pPr>
        <w:pStyle w:val="Akapitzlist"/>
        <w:numPr>
          <w:ilvl w:val="1"/>
          <w:numId w:val="34"/>
        </w:numPr>
        <w:spacing w:before="100" w:beforeAutospacing="1" w:afterAutospacing="1" w:line="240" w:lineRule="auto"/>
      </w:pPr>
      <w:proofErr w:type="spellStart"/>
      <w:r>
        <w:t>zmiany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, </w:t>
      </w:r>
    </w:p>
    <w:p w14:paraId="0B01FD56" w14:textId="77777777" w:rsidR="007E2F8E" w:rsidRDefault="007E2F8E">
      <w:pPr>
        <w:numPr>
          <w:ilvl w:val="1"/>
          <w:numId w:val="34"/>
        </w:numPr>
        <w:spacing w:before="100" w:beforeAutospacing="1" w:afterAutospacing="1" w:line="240" w:lineRule="auto"/>
      </w:pPr>
      <w:proofErr w:type="spellStart"/>
      <w:r>
        <w:t>zmiany</w:t>
      </w:r>
      <w:proofErr w:type="spellEnd"/>
      <w:r>
        <w:t xml:space="preserve"> </w:t>
      </w:r>
      <w:proofErr w:type="spellStart"/>
      <w:r>
        <w:t>sposobu</w:t>
      </w:r>
      <w:proofErr w:type="spellEnd"/>
      <w:r>
        <w:t xml:space="preserve"> </w:t>
      </w:r>
      <w:proofErr w:type="spellStart"/>
      <w:r>
        <w:t>funkcjonowania</w:t>
      </w:r>
      <w:proofErr w:type="spellEnd"/>
      <w:r>
        <w:t xml:space="preserve"> </w:t>
      </w:r>
      <w:proofErr w:type="spellStart"/>
      <w:r>
        <w:t>Sklepu</w:t>
      </w:r>
      <w:proofErr w:type="spellEnd"/>
      <w:r>
        <w:t xml:space="preserve">, </w:t>
      </w:r>
    </w:p>
    <w:p w14:paraId="6660924C" w14:textId="77777777" w:rsidR="007E2F8E" w:rsidRDefault="007E2F8E">
      <w:pPr>
        <w:numPr>
          <w:ilvl w:val="1"/>
          <w:numId w:val="34"/>
        </w:numPr>
        <w:spacing w:before="100" w:beforeAutospacing="1" w:afterAutospacing="1" w:line="240" w:lineRule="auto"/>
      </w:pPr>
      <w:proofErr w:type="spellStart"/>
      <w:r>
        <w:t>rozszerzenia</w:t>
      </w:r>
      <w:proofErr w:type="spellEnd"/>
      <w:r>
        <w:t xml:space="preserve"> </w:t>
      </w:r>
      <w:proofErr w:type="spellStart"/>
      <w:r>
        <w:t>metod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, </w:t>
      </w:r>
    </w:p>
    <w:p w14:paraId="21D96772" w14:textId="77777777" w:rsidR="007E2F8E" w:rsidRDefault="007E2F8E">
      <w:pPr>
        <w:numPr>
          <w:ilvl w:val="1"/>
          <w:numId w:val="34"/>
        </w:numPr>
        <w:spacing w:before="100" w:beforeAutospacing="1" w:afterAutospacing="1" w:line="240" w:lineRule="auto"/>
      </w:pPr>
      <w:proofErr w:type="spellStart"/>
      <w:r>
        <w:t>rozszerzenia</w:t>
      </w:r>
      <w:proofErr w:type="spellEnd"/>
      <w:r>
        <w:t xml:space="preserve"> </w:t>
      </w:r>
      <w:proofErr w:type="spellStart"/>
      <w:r>
        <w:t>metod</w:t>
      </w:r>
      <w:proofErr w:type="spellEnd"/>
      <w:r>
        <w:t xml:space="preserve"> </w:t>
      </w:r>
      <w:proofErr w:type="spellStart"/>
      <w:r>
        <w:t>dostawy</w:t>
      </w:r>
      <w:proofErr w:type="spellEnd"/>
      <w:r>
        <w:t xml:space="preserve">, </w:t>
      </w:r>
    </w:p>
    <w:p w14:paraId="2C62413B" w14:textId="77777777" w:rsidR="007E2F8E" w:rsidRPr="007E2F8E" w:rsidRDefault="007E2F8E">
      <w:pPr>
        <w:numPr>
          <w:ilvl w:val="1"/>
          <w:numId w:val="34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zmian organizacyjnych dotyczących działalności Fundacji. </w:t>
      </w:r>
    </w:p>
    <w:p w14:paraId="506D2C7B" w14:textId="77777777" w:rsidR="007E2F8E" w:rsidRPr="007E2F8E" w:rsidRDefault="007E2F8E">
      <w:pPr>
        <w:numPr>
          <w:ilvl w:val="0"/>
          <w:numId w:val="34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Zmiany Regulaminu nie mają wpływu na Umowy zawarte przed dniem ich wejścia w życie. </w:t>
      </w:r>
    </w:p>
    <w:p w14:paraId="2C9E2326" w14:textId="78DBB32D" w:rsidR="007E2F8E" w:rsidRPr="001F1337" w:rsidRDefault="007E2F8E">
      <w:pPr>
        <w:numPr>
          <w:ilvl w:val="0"/>
          <w:numId w:val="34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Aktualna wersja Regulaminu jest publikowana na stronie internetowej Sklepu. </w:t>
      </w:r>
    </w:p>
    <w:p w14:paraId="49B72785" w14:textId="0048D0AA" w:rsidR="007E2F8E" w:rsidRPr="007E2F8E" w:rsidRDefault="007E2F8E" w:rsidP="007E2F8E">
      <w:pPr>
        <w:pStyle w:val="Nagwek1"/>
        <w:rPr>
          <w:lang w:val="pl-PL"/>
        </w:rPr>
      </w:pPr>
      <w:r w:rsidRPr="007E2F8E">
        <w:rPr>
          <w:lang w:val="pl-PL"/>
        </w:rPr>
        <w:t>§ 3</w:t>
      </w:r>
      <w:r w:rsidR="001F1337">
        <w:rPr>
          <w:lang w:val="pl-PL"/>
        </w:rPr>
        <w:t>2</w:t>
      </w:r>
      <w:r w:rsidRPr="007E2F8E">
        <w:rPr>
          <w:lang w:val="pl-PL"/>
        </w:rPr>
        <w:t>. Kontakt z Fundacją</w:t>
      </w:r>
    </w:p>
    <w:p w14:paraId="1273F46F" w14:textId="77777777" w:rsidR="007E2F8E" w:rsidRPr="00FF419C" w:rsidRDefault="007E2F8E" w:rsidP="00785EF4">
      <w:pPr>
        <w:spacing w:before="100" w:beforeAutospacing="1" w:afterAutospacing="1" w:line="240" w:lineRule="auto"/>
        <w:rPr>
          <w:lang w:val="pl-PL"/>
        </w:rPr>
      </w:pPr>
      <w:r w:rsidRPr="00FF419C">
        <w:rPr>
          <w:lang w:val="pl-PL"/>
        </w:rPr>
        <w:t xml:space="preserve">W </w:t>
      </w:r>
      <w:r w:rsidRPr="00785EF4">
        <w:rPr>
          <w:lang w:val="pl-PL"/>
        </w:rPr>
        <w:t>sprawach</w:t>
      </w:r>
      <w:r w:rsidRPr="00FF419C">
        <w:rPr>
          <w:lang w:val="pl-PL"/>
        </w:rPr>
        <w:t xml:space="preserve"> dotyczących działania Sklepu Klient może kontaktować się z Fundacją:</w:t>
      </w:r>
    </w:p>
    <w:p w14:paraId="0574F502" w14:textId="2DB8978A" w:rsidR="007E2F8E" w:rsidRPr="00F55A92" w:rsidRDefault="007E2F8E">
      <w:pPr>
        <w:numPr>
          <w:ilvl w:val="0"/>
          <w:numId w:val="35"/>
        </w:numPr>
        <w:spacing w:before="100" w:beforeAutospacing="1" w:afterAutospacing="1" w:line="240" w:lineRule="auto"/>
        <w:rPr>
          <w:lang w:val="pl-PL"/>
        </w:rPr>
      </w:pPr>
      <w:r w:rsidRPr="00F55A92">
        <w:rPr>
          <w:lang w:val="pl-PL"/>
        </w:rPr>
        <w:t>drogą elektroniczną</w:t>
      </w:r>
      <w:r w:rsidR="00F55A92" w:rsidRPr="00F55A92">
        <w:rPr>
          <w:lang w:val="pl-PL"/>
        </w:rPr>
        <w:t xml:space="preserve"> pod adresem: i</w:t>
      </w:r>
      <w:r w:rsidR="00F55A92">
        <w:rPr>
          <w:lang w:val="pl-PL"/>
        </w:rPr>
        <w:t>nfo@fundacja-veritas.pl,</w:t>
      </w:r>
    </w:p>
    <w:p w14:paraId="72E8076B" w14:textId="3621EEAD" w:rsidR="007E2F8E" w:rsidRDefault="007E2F8E">
      <w:pPr>
        <w:numPr>
          <w:ilvl w:val="0"/>
          <w:numId w:val="35"/>
        </w:numPr>
        <w:spacing w:before="100" w:beforeAutospacing="1" w:afterAutospacing="1" w:line="240" w:lineRule="auto"/>
      </w:pPr>
      <w:proofErr w:type="spellStart"/>
      <w:r>
        <w:t>telefonicznie</w:t>
      </w:r>
      <w:proofErr w:type="spellEnd"/>
      <w:r w:rsidR="00F55A92">
        <w:t xml:space="preserve"> pod </w:t>
      </w:r>
      <w:proofErr w:type="spellStart"/>
      <w:r w:rsidR="00F55A92">
        <w:t>numerem</w:t>
      </w:r>
      <w:proofErr w:type="spellEnd"/>
      <w:r w:rsidR="00F55A92">
        <w:t>: 537 363 294</w:t>
      </w:r>
      <w:r>
        <w:t xml:space="preserve">, </w:t>
      </w:r>
    </w:p>
    <w:p w14:paraId="4A718ED4" w14:textId="3C4E9B8E" w:rsidR="007E2F8E" w:rsidRPr="00F55A92" w:rsidRDefault="007E2F8E">
      <w:pPr>
        <w:numPr>
          <w:ilvl w:val="0"/>
          <w:numId w:val="35"/>
        </w:numPr>
        <w:spacing w:before="100" w:beforeAutospacing="1" w:afterAutospacing="1" w:line="240" w:lineRule="auto"/>
        <w:rPr>
          <w:lang w:val="pl-PL"/>
        </w:rPr>
      </w:pPr>
      <w:r w:rsidRPr="00F55A92">
        <w:rPr>
          <w:lang w:val="pl-PL"/>
        </w:rPr>
        <w:t>korespondencyjnie</w:t>
      </w:r>
      <w:r w:rsidR="00F55A92" w:rsidRPr="00F55A92">
        <w:rPr>
          <w:lang w:val="pl-PL"/>
        </w:rPr>
        <w:t xml:space="preserve"> na adres 53-025 </w:t>
      </w:r>
      <w:proofErr w:type="spellStart"/>
      <w:r w:rsidR="00F55A92" w:rsidRPr="00F55A92">
        <w:rPr>
          <w:lang w:val="pl-PL"/>
        </w:rPr>
        <w:t>Wrocłąw</w:t>
      </w:r>
      <w:proofErr w:type="spellEnd"/>
      <w:r w:rsidR="00F55A92" w:rsidRPr="00F55A92">
        <w:rPr>
          <w:lang w:val="pl-PL"/>
        </w:rPr>
        <w:t>, ul.</w:t>
      </w:r>
      <w:r w:rsidR="00F55A92">
        <w:rPr>
          <w:lang w:val="pl-PL"/>
        </w:rPr>
        <w:t xml:space="preserve"> Skarbowców 23B/A</w:t>
      </w:r>
      <w:r w:rsidR="00785EF4">
        <w:rPr>
          <w:lang w:val="pl-PL"/>
        </w:rPr>
        <w:t>1</w:t>
      </w:r>
      <w:r w:rsidR="00F55A92">
        <w:rPr>
          <w:lang w:val="pl-PL"/>
        </w:rPr>
        <w:t>/</w:t>
      </w:r>
      <w:r w:rsidR="00785EF4">
        <w:rPr>
          <w:lang w:val="pl-PL"/>
        </w:rPr>
        <w:t>014</w:t>
      </w:r>
      <w:r w:rsidRPr="00F55A92">
        <w:rPr>
          <w:lang w:val="pl-PL"/>
        </w:rPr>
        <w:t xml:space="preserve">, </w:t>
      </w:r>
    </w:p>
    <w:p w14:paraId="018137B5" w14:textId="77777777" w:rsidR="007E2F8E" w:rsidRPr="007E2F8E" w:rsidRDefault="007E2F8E">
      <w:pPr>
        <w:numPr>
          <w:ilvl w:val="0"/>
          <w:numId w:val="35"/>
        </w:numPr>
        <w:spacing w:before="100" w:beforeAutospacing="1" w:afterAutospacing="1" w:line="240" w:lineRule="auto"/>
        <w:rPr>
          <w:lang w:val="pl-PL"/>
        </w:rPr>
      </w:pPr>
      <w:r w:rsidRPr="007E2F8E">
        <w:rPr>
          <w:lang w:val="pl-PL"/>
        </w:rPr>
        <w:t xml:space="preserve">poprzez formularz kontaktowy dostępny na stronie internetowej. </w:t>
      </w:r>
    </w:p>
    <w:p w14:paraId="7D2573AA" w14:textId="4FBBFD2F" w:rsidR="007E2F8E" w:rsidRPr="00FF419C" w:rsidRDefault="007E2F8E" w:rsidP="00785EF4">
      <w:pPr>
        <w:spacing w:before="100" w:beforeAutospacing="1" w:afterAutospacing="1" w:line="240" w:lineRule="auto"/>
        <w:rPr>
          <w:lang w:val="pl-PL"/>
        </w:rPr>
      </w:pPr>
      <w:r w:rsidRPr="00FF419C">
        <w:rPr>
          <w:lang w:val="pl-PL"/>
        </w:rPr>
        <w:t>Aktualne dane kontaktowe publikowane są na stronie Fundacji Veritas.</w:t>
      </w:r>
    </w:p>
    <w:p w14:paraId="20D34F0D" w14:textId="0AE645C9" w:rsidR="007E2F8E" w:rsidRDefault="007E2F8E" w:rsidP="007E2F8E">
      <w:pPr>
        <w:pStyle w:val="Nagwek1"/>
      </w:pPr>
      <w:r>
        <w:t>§ 3</w:t>
      </w:r>
      <w:r w:rsidR="001F1337">
        <w:t>3</w:t>
      </w:r>
      <w:r>
        <w:t xml:space="preserve">.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Fundacji</w:t>
      </w:r>
      <w:proofErr w:type="spellEnd"/>
    </w:p>
    <w:p w14:paraId="658C56CC" w14:textId="77777777" w:rsidR="007E2F8E" w:rsidRPr="007E2F8E" w:rsidRDefault="007E2F8E">
      <w:pPr>
        <w:numPr>
          <w:ilvl w:val="0"/>
          <w:numId w:val="36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Fundacja Veritas jest organizacją pozarządową prowadzącą działalność statutową w obszarach edukacji, kultury, integracji społecznej oraz rozwoju osobistego. </w:t>
      </w:r>
    </w:p>
    <w:p w14:paraId="53EACF56" w14:textId="77777777" w:rsidR="007E2F8E" w:rsidRPr="007E2F8E" w:rsidRDefault="007E2F8E">
      <w:pPr>
        <w:numPr>
          <w:ilvl w:val="0"/>
          <w:numId w:val="36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Sklep internetowy stanowi jedno z narzędzi wspierających realizację celów statutowych Fundacji. </w:t>
      </w:r>
    </w:p>
    <w:p w14:paraId="37EB0928" w14:textId="71AA89A2" w:rsidR="007E2F8E" w:rsidRPr="007E2F8E" w:rsidRDefault="007E2F8E">
      <w:pPr>
        <w:numPr>
          <w:ilvl w:val="0"/>
          <w:numId w:val="36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>Dochód uzyskany ze sprzedaży produktów przeznaczany jest na finansowanie działalności statutowej Fundacji</w:t>
      </w:r>
      <w:r w:rsidR="00A92212">
        <w:rPr>
          <w:lang w:val="pl-PL"/>
        </w:rPr>
        <w:t>.</w:t>
      </w:r>
    </w:p>
    <w:p w14:paraId="16C14685" w14:textId="0D92AC78" w:rsidR="007E2F8E" w:rsidRPr="001F1337" w:rsidRDefault="007E2F8E">
      <w:pPr>
        <w:numPr>
          <w:ilvl w:val="0"/>
          <w:numId w:val="36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Zakup produktów w Sklepie stanowi umowę sprzedaży i nie jest darowizną ani wpłatą na cele statutowe Fundacji. </w:t>
      </w:r>
    </w:p>
    <w:p w14:paraId="0FBB0CE0" w14:textId="46EFB33F" w:rsidR="007E2F8E" w:rsidRDefault="007E2F8E" w:rsidP="007E2F8E">
      <w:pPr>
        <w:pStyle w:val="Nagwek1"/>
      </w:pPr>
      <w:r>
        <w:lastRenderedPageBreak/>
        <w:t>§ 3</w:t>
      </w:r>
      <w:r w:rsidR="001F1337">
        <w:t>4</w:t>
      </w:r>
      <w:r>
        <w:t xml:space="preserve">. </w:t>
      </w:r>
      <w:proofErr w:type="spellStart"/>
      <w:r>
        <w:t>Postanowienia</w:t>
      </w:r>
      <w:proofErr w:type="spellEnd"/>
      <w:r>
        <w:t xml:space="preserve"> </w:t>
      </w:r>
      <w:proofErr w:type="spellStart"/>
      <w:r>
        <w:t>końcowe</w:t>
      </w:r>
      <w:proofErr w:type="spellEnd"/>
    </w:p>
    <w:p w14:paraId="15E99577" w14:textId="77777777" w:rsidR="007E2F8E" w:rsidRPr="007E2F8E" w:rsidRDefault="007E2F8E">
      <w:pPr>
        <w:numPr>
          <w:ilvl w:val="0"/>
          <w:numId w:val="3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W sprawach nieuregulowanych niniejszym Regulaminem zastosowanie mają przepisy prawa polskiego, w szczególności: </w:t>
      </w:r>
    </w:p>
    <w:p w14:paraId="3D17B086" w14:textId="77777777" w:rsidR="007E2F8E" w:rsidRDefault="007E2F8E">
      <w:pPr>
        <w:numPr>
          <w:ilvl w:val="1"/>
          <w:numId w:val="37"/>
        </w:numPr>
        <w:spacing w:before="100" w:beforeAutospacing="1" w:afterAutospacing="1" w:line="240" w:lineRule="auto"/>
        <w:jc w:val="both"/>
      </w:pPr>
      <w:proofErr w:type="spellStart"/>
      <w:r>
        <w:t>Kodeks</w:t>
      </w:r>
      <w:proofErr w:type="spellEnd"/>
      <w:r>
        <w:t xml:space="preserve"> </w:t>
      </w:r>
      <w:proofErr w:type="spellStart"/>
      <w:r>
        <w:t>cywilny</w:t>
      </w:r>
      <w:proofErr w:type="spellEnd"/>
      <w:r>
        <w:t xml:space="preserve">, </w:t>
      </w:r>
    </w:p>
    <w:p w14:paraId="50DBEAA8" w14:textId="77777777" w:rsidR="007E2F8E" w:rsidRDefault="007E2F8E">
      <w:pPr>
        <w:numPr>
          <w:ilvl w:val="1"/>
          <w:numId w:val="37"/>
        </w:numPr>
        <w:spacing w:before="100" w:beforeAutospacing="1" w:afterAutospacing="1" w:line="240" w:lineRule="auto"/>
        <w:jc w:val="both"/>
      </w:pPr>
      <w:proofErr w:type="spellStart"/>
      <w:r>
        <w:t>ustawa</w:t>
      </w:r>
      <w:proofErr w:type="spellEnd"/>
      <w:r>
        <w:t xml:space="preserve"> o </w:t>
      </w:r>
      <w:proofErr w:type="spellStart"/>
      <w:r>
        <w:t>prawach</w:t>
      </w:r>
      <w:proofErr w:type="spellEnd"/>
      <w:r>
        <w:t xml:space="preserve"> </w:t>
      </w:r>
      <w:proofErr w:type="spellStart"/>
      <w:r>
        <w:t>konsumenta</w:t>
      </w:r>
      <w:proofErr w:type="spellEnd"/>
      <w:r>
        <w:t xml:space="preserve">, </w:t>
      </w:r>
    </w:p>
    <w:p w14:paraId="1FC6110A" w14:textId="77777777" w:rsidR="007E2F8E" w:rsidRPr="007E2F8E" w:rsidRDefault="007E2F8E">
      <w:pPr>
        <w:numPr>
          <w:ilvl w:val="1"/>
          <w:numId w:val="3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ustawa o świadczeniu usług drogą elektroniczną, </w:t>
      </w:r>
    </w:p>
    <w:p w14:paraId="0C887697" w14:textId="77777777" w:rsidR="007E2F8E" w:rsidRPr="007E2F8E" w:rsidRDefault="007E2F8E">
      <w:pPr>
        <w:numPr>
          <w:ilvl w:val="1"/>
          <w:numId w:val="3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RODO oraz przepisy o ochronie danych osobowych. </w:t>
      </w:r>
    </w:p>
    <w:p w14:paraId="6A3A3D0B" w14:textId="77777777" w:rsidR="007E2F8E" w:rsidRPr="007E2F8E" w:rsidRDefault="007E2F8E">
      <w:pPr>
        <w:numPr>
          <w:ilvl w:val="0"/>
          <w:numId w:val="3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Regulamin obowiązuje od dnia jego opublikowania na stronie internetowej Sklepu. </w:t>
      </w:r>
    </w:p>
    <w:p w14:paraId="5744C60E" w14:textId="77777777" w:rsidR="007E2F8E" w:rsidRPr="007E2F8E" w:rsidRDefault="007E2F8E">
      <w:pPr>
        <w:numPr>
          <w:ilvl w:val="0"/>
          <w:numId w:val="37"/>
        </w:numPr>
        <w:spacing w:before="100" w:beforeAutospacing="1" w:afterAutospacing="1" w:line="240" w:lineRule="auto"/>
        <w:jc w:val="both"/>
        <w:rPr>
          <w:lang w:val="pl-PL"/>
        </w:rPr>
      </w:pPr>
      <w:r w:rsidRPr="007E2F8E">
        <w:rPr>
          <w:lang w:val="pl-PL"/>
        </w:rPr>
        <w:t xml:space="preserve">Regulamin jest dostępny nieodpłatnie w formie elektronicznej i może zostać pobrany, zapisany oraz wydrukowany przez Klienta. </w:t>
      </w:r>
    </w:p>
    <w:p w14:paraId="046EF8FB" w14:textId="77777777" w:rsidR="007E2F8E" w:rsidRPr="000E2C62" w:rsidRDefault="007E2F8E">
      <w:pPr>
        <w:numPr>
          <w:ilvl w:val="0"/>
          <w:numId w:val="37"/>
        </w:numPr>
        <w:spacing w:before="100" w:beforeAutospacing="1" w:afterAutospacing="1" w:line="240" w:lineRule="auto"/>
        <w:jc w:val="both"/>
        <w:rPr>
          <w:lang w:val="pl-PL"/>
        </w:rPr>
      </w:pPr>
      <w:r w:rsidRPr="000E2C62">
        <w:rPr>
          <w:lang w:val="pl-PL"/>
        </w:rPr>
        <w:t xml:space="preserve">Integralną część Regulaminu stanowią następujące załączniki: </w:t>
      </w:r>
    </w:p>
    <w:p w14:paraId="30526C42" w14:textId="16CB6673" w:rsidR="007E2F8E" w:rsidRPr="000E2C62" w:rsidRDefault="007E2F8E">
      <w:pPr>
        <w:pStyle w:val="Akapitzlist"/>
        <w:numPr>
          <w:ilvl w:val="1"/>
          <w:numId w:val="37"/>
        </w:numPr>
        <w:spacing w:before="100" w:beforeAutospacing="1" w:afterAutospacing="1" w:line="240" w:lineRule="auto"/>
        <w:jc w:val="both"/>
      </w:pPr>
      <w:proofErr w:type="spellStart"/>
      <w:r w:rsidRPr="000E2C62">
        <w:t>Formularz</w:t>
      </w:r>
      <w:proofErr w:type="spellEnd"/>
      <w:r w:rsidRPr="000E2C62">
        <w:t xml:space="preserve"> </w:t>
      </w:r>
      <w:proofErr w:type="spellStart"/>
      <w:r w:rsidRPr="000E2C62">
        <w:t>odstąpienia</w:t>
      </w:r>
      <w:proofErr w:type="spellEnd"/>
      <w:r w:rsidRPr="000E2C62">
        <w:t xml:space="preserve"> </w:t>
      </w:r>
      <w:proofErr w:type="spellStart"/>
      <w:r w:rsidRPr="000E2C62">
        <w:t>od</w:t>
      </w:r>
      <w:proofErr w:type="spellEnd"/>
      <w:r w:rsidRPr="000E2C62">
        <w:t xml:space="preserve"> </w:t>
      </w:r>
      <w:proofErr w:type="spellStart"/>
      <w:r w:rsidRPr="000E2C62">
        <w:t>umowy</w:t>
      </w:r>
      <w:proofErr w:type="spellEnd"/>
      <w:r w:rsidRPr="000E2C62">
        <w:t xml:space="preserve">, </w:t>
      </w:r>
    </w:p>
    <w:p w14:paraId="650FE6DB" w14:textId="157A0618" w:rsidR="007E2F8E" w:rsidRPr="000E2C62" w:rsidRDefault="007E2F8E">
      <w:pPr>
        <w:numPr>
          <w:ilvl w:val="1"/>
          <w:numId w:val="37"/>
        </w:numPr>
        <w:spacing w:before="100" w:beforeAutospacing="1" w:afterAutospacing="1" w:line="240" w:lineRule="auto"/>
        <w:jc w:val="both"/>
      </w:pPr>
      <w:proofErr w:type="spellStart"/>
      <w:r w:rsidRPr="000E2C62">
        <w:t>Formularz</w:t>
      </w:r>
      <w:proofErr w:type="spellEnd"/>
      <w:r w:rsidRPr="000E2C62">
        <w:t xml:space="preserve"> </w:t>
      </w:r>
      <w:proofErr w:type="spellStart"/>
      <w:r w:rsidRPr="000E2C62">
        <w:t>reklamacyjny</w:t>
      </w:r>
      <w:proofErr w:type="spellEnd"/>
      <w:r w:rsidR="00B30ACB" w:rsidRPr="000E2C62">
        <w:t>.</w:t>
      </w:r>
    </w:p>
    <w:p w14:paraId="7D91F3E8" w14:textId="77777777" w:rsidR="003D1A67" w:rsidRDefault="003D1A67" w:rsidP="007E2F8E">
      <w:pPr>
        <w:pStyle w:val="NormalnyWeb"/>
        <w:rPr>
          <w:rStyle w:val="Pogrubienie"/>
        </w:rPr>
      </w:pPr>
    </w:p>
    <w:p w14:paraId="48A59548" w14:textId="5D2F6065" w:rsidR="007E2F8E" w:rsidRPr="00785EF4" w:rsidRDefault="007E2F8E" w:rsidP="000E2C62">
      <w:pPr>
        <w:pStyle w:val="NormalnyWeb"/>
        <w:jc w:val="both"/>
        <w:rPr>
          <w:rFonts w:ascii="Aptos" w:hAnsi="Aptos"/>
        </w:rPr>
      </w:pPr>
      <w:r w:rsidRPr="00785EF4">
        <w:rPr>
          <w:rStyle w:val="Pogrubienie"/>
          <w:rFonts w:ascii="Aptos" w:hAnsi="Aptos"/>
        </w:rPr>
        <w:t>Fundacja Veritas dziękuje wszystkim Klientom za okazane zaufanie. Dokonując zakupów w Sklepie wspierają Państwo rozwój inicjatyw edukacyjnych, społecznych i kulturalnych realizowanych przez Fundację.</w:t>
      </w:r>
    </w:p>
    <w:p w14:paraId="5B346A0E" w14:textId="77777777" w:rsidR="007E2F8E" w:rsidRPr="007E2F8E" w:rsidRDefault="007E2F8E">
      <w:pPr>
        <w:pStyle w:val="Uwaga"/>
        <w:rPr>
          <w:i w:val="0"/>
          <w:iCs/>
          <w:lang w:val="pl-PL"/>
        </w:rPr>
      </w:pPr>
    </w:p>
    <w:sectPr w:rsidR="007E2F8E" w:rsidRPr="007E2F8E" w:rsidSect="00034616">
      <w:headerReference w:type="default" r:id="rId9"/>
      <w:footerReference w:type="default" r:id="rId10"/>
      <w:pgSz w:w="12240" w:h="15840"/>
      <w:pgMar w:top="1191" w:right="1304" w:bottom="1020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A24C" w14:textId="77777777" w:rsidR="00AF2196" w:rsidRDefault="00AF2196">
      <w:pPr>
        <w:spacing w:after="0" w:line="240" w:lineRule="auto"/>
      </w:pPr>
      <w:r>
        <w:separator/>
      </w:r>
    </w:p>
  </w:endnote>
  <w:endnote w:type="continuationSeparator" w:id="0">
    <w:p w14:paraId="51B8FCA0" w14:textId="77777777" w:rsidR="00AF2196" w:rsidRDefault="00AF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ACA2" w14:textId="77777777" w:rsidR="00AF260D" w:rsidRDefault="00000000">
    <w:pPr>
      <w:pStyle w:val="Stopka"/>
      <w:jc w:val="right"/>
    </w:pPr>
    <w:r>
      <w:rPr>
        <w:color w:val="6E787D"/>
        <w:sz w:val="16"/>
      </w:rPr>
      <w:t xml:space="preserve">Strona </w:t>
    </w:r>
    <w:r>
      <w:rPr>
        <w:color w:val="6E787D"/>
        <w:sz w:val="16"/>
      </w:rPr>
      <w:fldChar w:fldCharType="begin"/>
    </w:r>
    <w:r>
      <w:rPr>
        <w:color w:val="6E787D"/>
        <w:sz w:val="16"/>
      </w:rPr>
      <w:instrText>PAGE</w:instrText>
    </w:r>
    <w:r>
      <w:rPr>
        <w:color w:val="6E787D"/>
        <w:sz w:val="16"/>
      </w:rPr>
      <w:fldChar w:fldCharType="separate"/>
    </w:r>
    <w:r w:rsidR="007E2F8E">
      <w:rPr>
        <w:noProof/>
        <w:color w:val="6E787D"/>
        <w:sz w:val="16"/>
      </w:rPr>
      <w:t>1</w:t>
    </w:r>
    <w:r>
      <w:rPr>
        <w:color w:val="6E787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F1963" w14:textId="77777777" w:rsidR="00AF2196" w:rsidRDefault="00AF2196">
      <w:pPr>
        <w:spacing w:after="0" w:line="240" w:lineRule="auto"/>
      </w:pPr>
      <w:r>
        <w:separator/>
      </w:r>
    </w:p>
  </w:footnote>
  <w:footnote w:type="continuationSeparator" w:id="0">
    <w:p w14:paraId="15B02296" w14:textId="77777777" w:rsidR="00AF2196" w:rsidRDefault="00AF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F76A" w14:textId="77777777" w:rsidR="00AF260D" w:rsidRDefault="00000000">
    <w:pPr>
      <w:pStyle w:val="Nagwek"/>
      <w:jc w:val="right"/>
    </w:pPr>
    <w:r>
      <w:rPr>
        <w:color w:val="6E787D"/>
        <w:sz w:val="16"/>
      </w:rPr>
      <w:t>FUNDACJA VERITAS  |  REGULAMIN SKLEPU INTERNETOWEGO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DB20F0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414410"/>
    <w:multiLevelType w:val="multilevel"/>
    <w:tmpl w:val="D4600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0C11E4"/>
    <w:multiLevelType w:val="hybridMultilevel"/>
    <w:tmpl w:val="B6A0AE36"/>
    <w:lvl w:ilvl="0" w:tplc="F1EC7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0095E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F1C67"/>
    <w:multiLevelType w:val="multilevel"/>
    <w:tmpl w:val="A566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DE06C8"/>
    <w:multiLevelType w:val="multilevel"/>
    <w:tmpl w:val="8788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ptos" w:eastAsiaTheme="minorEastAsia" w:hAnsi="Aptos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94640D"/>
    <w:multiLevelType w:val="multilevel"/>
    <w:tmpl w:val="49E2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F5E56"/>
    <w:multiLevelType w:val="multilevel"/>
    <w:tmpl w:val="CFA2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ptos" w:eastAsiaTheme="minorEastAsia" w:hAnsi="Aptos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A23E0"/>
    <w:multiLevelType w:val="multilevel"/>
    <w:tmpl w:val="EFE2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5B485A"/>
    <w:multiLevelType w:val="hybridMultilevel"/>
    <w:tmpl w:val="D28E25A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7E722CC"/>
    <w:multiLevelType w:val="multilevel"/>
    <w:tmpl w:val="65F4E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8079EF"/>
    <w:multiLevelType w:val="hybridMultilevel"/>
    <w:tmpl w:val="B5E23B50"/>
    <w:lvl w:ilvl="0" w:tplc="F1EC7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D6016"/>
    <w:multiLevelType w:val="multilevel"/>
    <w:tmpl w:val="013A5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8879DF"/>
    <w:multiLevelType w:val="multilevel"/>
    <w:tmpl w:val="6C14B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34A7B"/>
    <w:multiLevelType w:val="multilevel"/>
    <w:tmpl w:val="008A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ptos" w:eastAsiaTheme="minorEastAsia" w:hAnsi="Aptos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113BF7"/>
    <w:multiLevelType w:val="multilevel"/>
    <w:tmpl w:val="4536BC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1F05F3"/>
    <w:multiLevelType w:val="multilevel"/>
    <w:tmpl w:val="DB86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ptos" w:eastAsiaTheme="minorEastAsia" w:hAnsi="Aptos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421134"/>
    <w:multiLevelType w:val="multilevel"/>
    <w:tmpl w:val="519A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FB2EA0"/>
    <w:multiLevelType w:val="multilevel"/>
    <w:tmpl w:val="C8EC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49314B"/>
    <w:multiLevelType w:val="multilevel"/>
    <w:tmpl w:val="687E2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5A5394"/>
    <w:multiLevelType w:val="multilevel"/>
    <w:tmpl w:val="22C8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2B28A4"/>
    <w:multiLevelType w:val="multilevel"/>
    <w:tmpl w:val="3E0CA1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1800F3"/>
    <w:multiLevelType w:val="multilevel"/>
    <w:tmpl w:val="33629C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6A6880"/>
    <w:multiLevelType w:val="multilevel"/>
    <w:tmpl w:val="EA5097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8B69E4"/>
    <w:multiLevelType w:val="hybridMultilevel"/>
    <w:tmpl w:val="F20EA786"/>
    <w:lvl w:ilvl="0" w:tplc="B1BE40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D58D3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06449B"/>
    <w:multiLevelType w:val="hybridMultilevel"/>
    <w:tmpl w:val="B298F872"/>
    <w:lvl w:ilvl="0" w:tplc="F1EC7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35D56"/>
    <w:multiLevelType w:val="multilevel"/>
    <w:tmpl w:val="C9403A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9A17B2"/>
    <w:multiLevelType w:val="multilevel"/>
    <w:tmpl w:val="24948E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21027E"/>
    <w:multiLevelType w:val="multilevel"/>
    <w:tmpl w:val="A564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124ACC"/>
    <w:multiLevelType w:val="hybridMultilevel"/>
    <w:tmpl w:val="A620B810"/>
    <w:lvl w:ilvl="0" w:tplc="F1EC7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B4022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E288D"/>
    <w:multiLevelType w:val="multilevel"/>
    <w:tmpl w:val="2C5AF8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1679D3"/>
    <w:multiLevelType w:val="multilevel"/>
    <w:tmpl w:val="522A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ptos" w:eastAsiaTheme="minorEastAsia" w:hAnsi="Aptos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2D14CC"/>
    <w:multiLevelType w:val="multilevel"/>
    <w:tmpl w:val="39DACC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1C74AF"/>
    <w:multiLevelType w:val="multilevel"/>
    <w:tmpl w:val="A184B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0748A"/>
    <w:multiLevelType w:val="hybridMultilevel"/>
    <w:tmpl w:val="C706D636"/>
    <w:lvl w:ilvl="0" w:tplc="9392E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26AAF"/>
    <w:multiLevelType w:val="multilevel"/>
    <w:tmpl w:val="41A026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252DE"/>
    <w:multiLevelType w:val="hybridMultilevel"/>
    <w:tmpl w:val="C7DCEDD2"/>
    <w:lvl w:ilvl="0" w:tplc="F1EC7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92587"/>
    <w:multiLevelType w:val="multilevel"/>
    <w:tmpl w:val="27F2D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ptos" w:eastAsiaTheme="minorEastAsia" w:hAnsi="Aptos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D333E0"/>
    <w:multiLevelType w:val="multilevel"/>
    <w:tmpl w:val="1C4269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996F6D"/>
    <w:multiLevelType w:val="multilevel"/>
    <w:tmpl w:val="CB46CE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EastAsia" w:hAnsi="Aptos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152FD0"/>
    <w:multiLevelType w:val="multilevel"/>
    <w:tmpl w:val="E0EA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166208">
    <w:abstractNumId w:val="5"/>
  </w:num>
  <w:num w:numId="2" w16cid:durableId="940071718">
    <w:abstractNumId w:val="3"/>
  </w:num>
  <w:num w:numId="3" w16cid:durableId="601843509">
    <w:abstractNumId w:val="2"/>
  </w:num>
  <w:num w:numId="4" w16cid:durableId="1888104116">
    <w:abstractNumId w:val="4"/>
  </w:num>
  <w:num w:numId="5" w16cid:durableId="10573921">
    <w:abstractNumId w:val="1"/>
  </w:num>
  <w:num w:numId="6" w16cid:durableId="522016682">
    <w:abstractNumId w:val="0"/>
  </w:num>
  <w:num w:numId="7" w16cid:durableId="834151973">
    <w:abstractNumId w:val="35"/>
  </w:num>
  <w:num w:numId="8" w16cid:durableId="1503348771">
    <w:abstractNumId w:val="10"/>
  </w:num>
  <w:num w:numId="9" w16cid:durableId="1202018638">
    <w:abstractNumId w:val="21"/>
  </w:num>
  <w:num w:numId="10" w16cid:durableId="1201628116">
    <w:abstractNumId w:val="31"/>
  </w:num>
  <w:num w:numId="11" w16cid:durableId="72244808">
    <w:abstractNumId w:val="8"/>
  </w:num>
  <w:num w:numId="12" w16cid:durableId="1751655056">
    <w:abstractNumId w:val="26"/>
  </w:num>
  <w:num w:numId="13" w16cid:durableId="1471098644">
    <w:abstractNumId w:val="23"/>
  </w:num>
  <w:num w:numId="14" w16cid:durableId="1841846037">
    <w:abstractNumId w:val="24"/>
  </w:num>
  <w:num w:numId="15" w16cid:durableId="1321738947">
    <w:abstractNumId w:val="43"/>
  </w:num>
  <w:num w:numId="16" w16cid:durableId="1573541707">
    <w:abstractNumId w:val="30"/>
  </w:num>
  <w:num w:numId="17" w16cid:durableId="889000171">
    <w:abstractNumId w:val="12"/>
  </w:num>
  <w:num w:numId="18" w16cid:durableId="1604416529">
    <w:abstractNumId w:val="14"/>
  </w:num>
  <w:num w:numId="19" w16cid:durableId="1518035136">
    <w:abstractNumId w:val="6"/>
  </w:num>
  <w:num w:numId="20" w16cid:durableId="147136660">
    <w:abstractNumId w:val="39"/>
  </w:num>
  <w:num w:numId="21" w16cid:durableId="1768696471">
    <w:abstractNumId w:val="42"/>
  </w:num>
  <w:num w:numId="22" w16cid:durableId="481195047">
    <w:abstractNumId w:val="19"/>
  </w:num>
  <w:num w:numId="23" w16cid:durableId="307050190">
    <w:abstractNumId w:val="27"/>
  </w:num>
  <w:num w:numId="24" w16cid:durableId="2039620078">
    <w:abstractNumId w:val="25"/>
  </w:num>
  <w:num w:numId="25" w16cid:durableId="1722826892">
    <w:abstractNumId w:val="34"/>
  </w:num>
  <w:num w:numId="26" w16cid:durableId="212274917">
    <w:abstractNumId w:val="37"/>
  </w:num>
  <w:num w:numId="27" w16cid:durableId="1394501531">
    <w:abstractNumId w:val="17"/>
  </w:num>
  <w:num w:numId="28" w16cid:durableId="1758987498">
    <w:abstractNumId w:val="36"/>
  </w:num>
  <w:num w:numId="29" w16cid:durableId="985281685">
    <w:abstractNumId w:val="16"/>
  </w:num>
  <w:num w:numId="30" w16cid:durableId="1711297965">
    <w:abstractNumId w:val="44"/>
  </w:num>
  <w:num w:numId="31" w16cid:durableId="1553611533">
    <w:abstractNumId w:val="11"/>
  </w:num>
  <w:num w:numId="32" w16cid:durableId="1536385855">
    <w:abstractNumId w:val="18"/>
  </w:num>
  <w:num w:numId="33" w16cid:durableId="459880194">
    <w:abstractNumId w:val="20"/>
  </w:num>
  <w:num w:numId="34" w16cid:durableId="1337540526">
    <w:abstractNumId w:val="9"/>
  </w:num>
  <w:num w:numId="35" w16cid:durableId="700739226">
    <w:abstractNumId w:val="22"/>
  </w:num>
  <w:num w:numId="36" w16cid:durableId="334454366">
    <w:abstractNumId w:val="32"/>
  </w:num>
  <w:num w:numId="37" w16cid:durableId="2044557022">
    <w:abstractNumId w:val="41"/>
  </w:num>
  <w:num w:numId="38" w16cid:durableId="203757639">
    <w:abstractNumId w:val="13"/>
  </w:num>
  <w:num w:numId="39" w16cid:durableId="1304852279">
    <w:abstractNumId w:val="38"/>
  </w:num>
  <w:num w:numId="40" w16cid:durableId="986589915">
    <w:abstractNumId w:val="28"/>
  </w:num>
  <w:num w:numId="41" w16cid:durableId="956836969">
    <w:abstractNumId w:val="15"/>
  </w:num>
  <w:num w:numId="42" w16cid:durableId="1869877043">
    <w:abstractNumId w:val="33"/>
  </w:num>
  <w:num w:numId="43" w16cid:durableId="1679307891">
    <w:abstractNumId w:val="29"/>
  </w:num>
  <w:num w:numId="44" w16cid:durableId="2065828054">
    <w:abstractNumId w:val="7"/>
  </w:num>
  <w:num w:numId="45" w16cid:durableId="802886706">
    <w:abstractNumId w:val="4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2C62"/>
    <w:rsid w:val="000F013F"/>
    <w:rsid w:val="0015074B"/>
    <w:rsid w:val="001C0B30"/>
    <w:rsid w:val="001F1337"/>
    <w:rsid w:val="0022339C"/>
    <w:rsid w:val="0029639D"/>
    <w:rsid w:val="00326F90"/>
    <w:rsid w:val="003B034F"/>
    <w:rsid w:val="003B4566"/>
    <w:rsid w:val="003D1A67"/>
    <w:rsid w:val="004921D9"/>
    <w:rsid w:val="004D5181"/>
    <w:rsid w:val="0057532A"/>
    <w:rsid w:val="005B24B9"/>
    <w:rsid w:val="00640C4F"/>
    <w:rsid w:val="00744CF1"/>
    <w:rsid w:val="00785EF4"/>
    <w:rsid w:val="007E2F8E"/>
    <w:rsid w:val="009067CE"/>
    <w:rsid w:val="009A169E"/>
    <w:rsid w:val="00A92212"/>
    <w:rsid w:val="00AA1D8D"/>
    <w:rsid w:val="00AF2196"/>
    <w:rsid w:val="00AF260D"/>
    <w:rsid w:val="00B30ACB"/>
    <w:rsid w:val="00B47730"/>
    <w:rsid w:val="00CA3721"/>
    <w:rsid w:val="00CB0664"/>
    <w:rsid w:val="00CB21AF"/>
    <w:rsid w:val="00CD218E"/>
    <w:rsid w:val="00D971BD"/>
    <w:rsid w:val="00DD6254"/>
    <w:rsid w:val="00F20F8A"/>
    <w:rsid w:val="00F364B6"/>
    <w:rsid w:val="00F55A92"/>
    <w:rsid w:val="00FC693F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0B0537"/>
  <w14:defaultImageDpi w14:val="300"/>
  <w15:docId w15:val="{79FFB3B7-B136-4045-88E3-5AA07F36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6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bCs/>
      <w:color w:val="223037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565E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23037"/>
      <w:spacing w:val="5"/>
      <w:kern w:val="28"/>
      <w:sz w:val="4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Uwaga">
    <w:name w:val="Uwaga"/>
    <w:pPr>
      <w:spacing w:before="100" w:after="140"/>
      <w:ind w:left="227" w:right="227"/>
    </w:pPr>
    <w:rPr>
      <w:rFonts w:ascii="Aptos" w:hAnsi="Aptos"/>
      <w:i/>
      <w:color w:val="5F4114"/>
      <w:sz w:val="19"/>
    </w:rPr>
  </w:style>
  <w:style w:type="paragraph" w:styleId="NormalnyWeb">
    <w:name w:val="Normal (Web)"/>
    <w:basedOn w:val="Normalny"/>
    <w:uiPriority w:val="99"/>
    <w:unhideWhenUsed/>
    <w:rsid w:val="007E2F8E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20F8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0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undacja-verita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3085</Words>
  <Characters>18511</Characters>
  <Application>Microsoft Office Word</Application>
  <DocSecurity>0</DocSecurity>
  <Lines>154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Martyna Paprocka</cp:lastModifiedBy>
  <cp:revision>6</cp:revision>
  <dcterms:created xsi:type="dcterms:W3CDTF">2026-08-10T10:30:00Z</dcterms:created>
  <dcterms:modified xsi:type="dcterms:W3CDTF">2026-08-12T10:33:00Z</dcterms:modified>
  <cp:category/>
</cp:coreProperties>
</file>