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CAD82" w14:textId="48F81918" w:rsidR="00CF0E52" w:rsidRDefault="00CF0E52">
      <w:pPr>
        <w:pStyle w:val="Nagwek1"/>
        <w:rPr>
          <w:color w:val="auto"/>
          <w:lang w:val="pl-PL"/>
        </w:rPr>
      </w:pPr>
      <w:r>
        <w:rPr>
          <w:color w:val="auto"/>
          <w:lang w:val="pl-PL"/>
        </w:rPr>
        <w:t>Z</w:t>
      </w:r>
      <w:r w:rsidR="00000000" w:rsidRPr="00CF0E52">
        <w:rPr>
          <w:color w:val="auto"/>
          <w:lang w:val="pl-PL"/>
        </w:rPr>
        <w:t xml:space="preserve">ałącznik nr 2 </w:t>
      </w:r>
    </w:p>
    <w:p w14:paraId="14A3D759" w14:textId="7278F49A" w:rsidR="00E369CA" w:rsidRPr="00CF0E52" w:rsidRDefault="00000000">
      <w:pPr>
        <w:pStyle w:val="Nagwek1"/>
        <w:rPr>
          <w:color w:val="auto"/>
          <w:lang w:val="pl-PL"/>
        </w:rPr>
      </w:pPr>
      <w:r w:rsidRPr="00CF0E52">
        <w:rPr>
          <w:color w:val="auto"/>
          <w:lang w:val="pl-PL"/>
        </w:rPr>
        <w:t>Formularz reklamacyjny</w:t>
      </w:r>
    </w:p>
    <w:p w14:paraId="6FE2C986" w14:textId="77777777" w:rsidR="00CF0E52" w:rsidRDefault="00CF0E52">
      <w:pPr>
        <w:rPr>
          <w:lang w:val="pl-PL"/>
        </w:rPr>
      </w:pPr>
    </w:p>
    <w:p w14:paraId="6FDCDF4E" w14:textId="77777777" w:rsidR="00CF0E52" w:rsidRPr="00CF0E52" w:rsidRDefault="00CF0E52" w:rsidP="00CF0E52">
      <w:pPr>
        <w:rPr>
          <w:b/>
          <w:bCs/>
          <w:lang w:val="pl-PL"/>
        </w:rPr>
      </w:pPr>
      <w:r w:rsidRPr="00CF0E52">
        <w:rPr>
          <w:b/>
          <w:bCs/>
          <w:lang w:val="pl-PL"/>
        </w:rPr>
        <w:t>Dane Klienta</w:t>
      </w:r>
    </w:p>
    <w:p w14:paraId="076FB497" w14:textId="2DD968FB" w:rsidR="00CF0E52" w:rsidRPr="00CF0E52" w:rsidRDefault="00CF0E52" w:rsidP="00CF0E52">
      <w:pPr>
        <w:rPr>
          <w:lang w:val="pl-PL"/>
        </w:rPr>
      </w:pPr>
      <w:r w:rsidRPr="00CF0E52">
        <w:rPr>
          <w:lang w:val="pl-PL"/>
        </w:rPr>
        <w:t>Imię i nazwisko</w:t>
      </w:r>
      <w:r>
        <w:rPr>
          <w:lang w:val="pl-PL"/>
        </w:rPr>
        <w:t>________________________________________________________</w:t>
      </w:r>
    </w:p>
    <w:p w14:paraId="636FC511" w14:textId="628F4841" w:rsidR="00CF0E52" w:rsidRPr="00CF0E52" w:rsidRDefault="00CF0E52" w:rsidP="00CF0E52">
      <w:pPr>
        <w:rPr>
          <w:lang w:val="pl-PL"/>
        </w:rPr>
      </w:pPr>
      <w:r w:rsidRPr="00CF0E52">
        <w:rPr>
          <w:lang w:val="pl-PL"/>
        </w:rPr>
        <w:t>Adres e-mail</w:t>
      </w:r>
      <w:r>
        <w:rPr>
          <w:lang w:val="pl-PL"/>
        </w:rPr>
        <w:t xml:space="preserve"> ___________________________________________________________</w:t>
      </w:r>
    </w:p>
    <w:p w14:paraId="51E81091" w14:textId="1361EDD1" w:rsidR="00CF0E52" w:rsidRPr="00CF0E52" w:rsidRDefault="00CF0E52" w:rsidP="00CF0E52">
      <w:pPr>
        <w:rPr>
          <w:lang w:val="pl-PL"/>
        </w:rPr>
      </w:pPr>
      <w:r w:rsidRPr="00CF0E52">
        <w:rPr>
          <w:lang w:val="pl-PL"/>
        </w:rPr>
        <w:t>Telefon</w:t>
      </w:r>
      <w:r>
        <w:rPr>
          <w:lang w:val="pl-PL"/>
        </w:rPr>
        <w:t>_________________________________________________________________</w:t>
      </w:r>
    </w:p>
    <w:p w14:paraId="2A1A7FBB" w14:textId="70E7903F" w:rsidR="00CF0E52" w:rsidRPr="00CF0E52" w:rsidRDefault="00CF0E52" w:rsidP="00CF0E52">
      <w:pPr>
        <w:rPr>
          <w:lang w:val="pl-PL"/>
        </w:rPr>
      </w:pPr>
      <w:r w:rsidRPr="00CF0E52">
        <w:rPr>
          <w:lang w:val="pl-PL"/>
        </w:rPr>
        <w:t>Numer zamówienia</w:t>
      </w:r>
      <w:r>
        <w:rPr>
          <w:lang w:val="pl-PL"/>
        </w:rPr>
        <w:t>___________________________________________________</w:t>
      </w:r>
    </w:p>
    <w:p w14:paraId="55A303D2" w14:textId="77777777" w:rsidR="00CF0E52" w:rsidRPr="00CF0E52" w:rsidRDefault="00CF0E52" w:rsidP="00CF0E52">
      <w:pPr>
        <w:rPr>
          <w:b/>
          <w:bCs/>
          <w:lang w:val="pl-PL"/>
        </w:rPr>
      </w:pPr>
      <w:r w:rsidRPr="00CF0E52">
        <w:rPr>
          <w:b/>
          <w:bCs/>
          <w:lang w:val="pl-PL"/>
        </w:rPr>
        <w:t>Reklamowany produkt</w:t>
      </w:r>
    </w:p>
    <w:p w14:paraId="69D675CA" w14:textId="0612362F" w:rsidR="00CF0E52" w:rsidRPr="00CF0E52" w:rsidRDefault="00CF0E52" w:rsidP="00CF0E52">
      <w:pPr>
        <w:rPr>
          <w:lang w:val="pl-PL"/>
        </w:rPr>
      </w:pPr>
      <w:r w:rsidRPr="00CF0E52">
        <w:rPr>
          <w:lang w:val="pl-PL"/>
        </w:rPr>
        <w:t>Nazwa produktu</w:t>
      </w:r>
      <w:r>
        <w:rPr>
          <w:lang w:val="pl-PL"/>
        </w:rPr>
        <w:t>_______________________________________________________</w:t>
      </w:r>
    </w:p>
    <w:p w14:paraId="6371B2CD" w14:textId="66B34C96" w:rsidR="00CF0E52" w:rsidRPr="00CF0E52" w:rsidRDefault="00CF0E52" w:rsidP="00CF0E52">
      <w:pPr>
        <w:rPr>
          <w:lang w:val="pl-PL"/>
        </w:rPr>
      </w:pPr>
      <w:r w:rsidRPr="00CF0E52">
        <w:rPr>
          <w:lang w:val="pl-PL"/>
        </w:rPr>
        <w:t>Data zakupu</w:t>
      </w:r>
      <w:r>
        <w:rPr>
          <w:lang w:val="pl-PL"/>
        </w:rPr>
        <w:t>____________________________________________________________</w:t>
      </w:r>
    </w:p>
    <w:p w14:paraId="49130383" w14:textId="7E95BB9E" w:rsidR="00CF0E52" w:rsidRPr="00CF0E52" w:rsidRDefault="00CF0E52" w:rsidP="00CF0E52">
      <w:pPr>
        <w:rPr>
          <w:lang w:val="pl-PL"/>
        </w:rPr>
      </w:pPr>
      <w:r w:rsidRPr="00CF0E52">
        <w:rPr>
          <w:lang w:val="pl-PL"/>
        </w:rPr>
        <w:t>Data otrzymania</w:t>
      </w:r>
      <w:r>
        <w:rPr>
          <w:lang w:val="pl-PL"/>
        </w:rPr>
        <w:t>_______________________________________________________</w:t>
      </w:r>
    </w:p>
    <w:p w14:paraId="797A96FF" w14:textId="77777777" w:rsidR="00CF0E52" w:rsidRPr="00CF0E52" w:rsidRDefault="00CF0E52" w:rsidP="00CF0E52">
      <w:pPr>
        <w:rPr>
          <w:b/>
          <w:bCs/>
          <w:lang w:val="pl-PL"/>
        </w:rPr>
      </w:pPr>
      <w:r w:rsidRPr="00CF0E52">
        <w:rPr>
          <w:b/>
          <w:bCs/>
          <w:lang w:val="pl-PL"/>
        </w:rPr>
        <w:t>Opis problemu</w:t>
      </w:r>
    </w:p>
    <w:p w14:paraId="6EFFAFBE" w14:textId="0DE1D8B6" w:rsidR="00CF0E52" w:rsidRPr="00CF0E52" w:rsidRDefault="00CF0E52" w:rsidP="00CF0E52">
      <w:pPr>
        <w:rPr>
          <w:lang w:val="pl-PL"/>
        </w:rPr>
      </w:pPr>
      <w:r w:rsidRPr="00CF0E52">
        <w:rPr>
          <w:lang w:val="pl-PL"/>
        </w:rPr>
        <w:t>.....................................................................</w:t>
      </w:r>
      <w:r>
        <w:rPr>
          <w:lang w:val="pl-PL"/>
        </w:rPr>
        <w:t>..........................................................................................................................</w:t>
      </w:r>
    </w:p>
    <w:p w14:paraId="6205F6A5" w14:textId="3FD27192" w:rsidR="00CF0E52" w:rsidRPr="00CF0E52" w:rsidRDefault="00CF0E52" w:rsidP="00CF0E52">
      <w:pPr>
        <w:rPr>
          <w:lang w:val="pl-PL"/>
        </w:rPr>
      </w:pPr>
      <w:r w:rsidRPr="00CF0E52">
        <w:rPr>
          <w:lang w:val="pl-PL"/>
        </w:rPr>
        <w:t>.....................................................................</w:t>
      </w:r>
      <w:r>
        <w:rPr>
          <w:lang w:val="pl-PL"/>
        </w:rPr>
        <w:t>..........................................................................................................................</w:t>
      </w:r>
    </w:p>
    <w:p w14:paraId="75ACB7C5" w14:textId="2FC0192C" w:rsidR="00CF0E52" w:rsidRPr="00CF0E52" w:rsidRDefault="00CF0E52" w:rsidP="00CF0E52">
      <w:pPr>
        <w:spacing w:line="480" w:lineRule="auto"/>
        <w:rPr>
          <w:lang w:val="pl-PL"/>
        </w:rPr>
      </w:pPr>
      <w:r w:rsidRPr="00CF0E52">
        <w:rPr>
          <w:lang w:val="pl-PL"/>
        </w:rPr>
        <w:t>.....................................................................</w:t>
      </w:r>
      <w:r>
        <w:rPr>
          <w:lang w:val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E12F839" w14:textId="77777777" w:rsidR="00CF0E52" w:rsidRPr="00CF0E52" w:rsidRDefault="00CF0E52" w:rsidP="00CF0E52">
      <w:pPr>
        <w:rPr>
          <w:b/>
          <w:bCs/>
          <w:lang w:val="pl-PL"/>
        </w:rPr>
      </w:pPr>
      <w:r w:rsidRPr="00CF0E52">
        <w:rPr>
          <w:b/>
          <w:bCs/>
          <w:lang w:val="pl-PL"/>
        </w:rPr>
        <w:t>Oczekiwany sposób rozwiązania</w:t>
      </w:r>
    </w:p>
    <w:p w14:paraId="2AF450F6" w14:textId="77777777" w:rsidR="00CF0E52" w:rsidRPr="00CF0E52" w:rsidRDefault="00CF0E52" w:rsidP="00CF0E52">
      <w:pPr>
        <w:rPr>
          <w:lang w:val="pl-PL"/>
        </w:rPr>
      </w:pPr>
      <w:r w:rsidRPr="00CF0E52">
        <w:rPr>
          <w:lang w:val="pl-PL"/>
        </w:rPr>
        <w:t>□ wymiana</w:t>
      </w:r>
    </w:p>
    <w:p w14:paraId="79D2BA17" w14:textId="77777777" w:rsidR="00CF0E52" w:rsidRPr="00CF0E52" w:rsidRDefault="00CF0E52" w:rsidP="00CF0E52">
      <w:pPr>
        <w:rPr>
          <w:lang w:val="pl-PL"/>
        </w:rPr>
      </w:pPr>
      <w:r w:rsidRPr="00CF0E52">
        <w:rPr>
          <w:lang w:val="pl-PL"/>
        </w:rPr>
        <w:t>□ obniżenie ceny</w:t>
      </w:r>
    </w:p>
    <w:p w14:paraId="243A048F" w14:textId="77777777" w:rsidR="00CF0E52" w:rsidRPr="00CF0E52" w:rsidRDefault="00CF0E52" w:rsidP="00CF0E52">
      <w:pPr>
        <w:rPr>
          <w:lang w:val="pl-PL"/>
        </w:rPr>
      </w:pPr>
      <w:r w:rsidRPr="00CF0E52">
        <w:rPr>
          <w:lang w:val="pl-PL"/>
        </w:rPr>
        <w:t>□ odstąpienie od umowy (jeżeli jest dopuszczalne)</w:t>
      </w:r>
    </w:p>
    <w:p w14:paraId="5A11B0BB" w14:textId="77777777" w:rsidR="00CF0E52" w:rsidRDefault="00CF0E52" w:rsidP="00CF0E52">
      <w:pPr>
        <w:rPr>
          <w:lang w:val="pl-PL"/>
        </w:rPr>
      </w:pPr>
    </w:p>
    <w:p w14:paraId="4E739405" w14:textId="2A23F560" w:rsidR="00CF0E52" w:rsidRPr="00CF0E52" w:rsidRDefault="00CF0E52" w:rsidP="00CF0E52">
      <w:pPr>
        <w:rPr>
          <w:lang w:val="pl-PL"/>
        </w:rPr>
      </w:pPr>
      <w:r w:rsidRPr="00CF0E52">
        <w:rPr>
          <w:lang w:val="pl-PL"/>
        </w:rPr>
        <w:t>Data</w:t>
      </w:r>
      <w:r>
        <w:rPr>
          <w:lang w:val="pl-PL"/>
        </w:rPr>
        <w:t>………………………………….</w:t>
      </w:r>
    </w:p>
    <w:p w14:paraId="5E377314" w14:textId="4374EF98" w:rsidR="00CF0E52" w:rsidRPr="00CF0E52" w:rsidRDefault="00CF0E52">
      <w:pPr>
        <w:rPr>
          <w:lang w:val="pl-PL"/>
        </w:rPr>
      </w:pPr>
      <w:r w:rsidRPr="00CF0E52">
        <w:rPr>
          <w:lang w:val="pl-PL"/>
        </w:rPr>
        <w:t>Podpis (opcjonalnie)</w:t>
      </w:r>
      <w:r>
        <w:rPr>
          <w:lang w:val="pl-PL"/>
        </w:rPr>
        <w:t>…………………………………………………………………………</w:t>
      </w:r>
    </w:p>
    <w:sectPr w:rsidR="00CF0E52" w:rsidRPr="00CF0E5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79871290">
    <w:abstractNumId w:val="8"/>
  </w:num>
  <w:num w:numId="2" w16cid:durableId="923415000">
    <w:abstractNumId w:val="6"/>
  </w:num>
  <w:num w:numId="3" w16cid:durableId="273170548">
    <w:abstractNumId w:val="5"/>
  </w:num>
  <w:num w:numId="4" w16cid:durableId="1463033915">
    <w:abstractNumId w:val="4"/>
  </w:num>
  <w:num w:numId="5" w16cid:durableId="338432434">
    <w:abstractNumId w:val="7"/>
  </w:num>
  <w:num w:numId="6" w16cid:durableId="1805344991">
    <w:abstractNumId w:val="3"/>
  </w:num>
  <w:num w:numId="7" w16cid:durableId="1154681775">
    <w:abstractNumId w:val="2"/>
  </w:num>
  <w:num w:numId="8" w16cid:durableId="1588686721">
    <w:abstractNumId w:val="1"/>
  </w:num>
  <w:num w:numId="9" w16cid:durableId="473641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2339C"/>
    <w:rsid w:val="0029639D"/>
    <w:rsid w:val="00326F90"/>
    <w:rsid w:val="008750C1"/>
    <w:rsid w:val="00AA1D8D"/>
    <w:rsid w:val="00B47730"/>
    <w:rsid w:val="00CB0664"/>
    <w:rsid w:val="00CF0E52"/>
    <w:rsid w:val="00E369C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A0174E"/>
  <w14:defaultImageDpi w14:val="300"/>
  <w15:docId w15:val="{79FFB3B7-B136-4045-88E3-5AA07F36B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218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Ewa Kuna</cp:lastModifiedBy>
  <cp:revision>3</cp:revision>
  <dcterms:created xsi:type="dcterms:W3CDTF">2026-08-10T10:14:00Z</dcterms:created>
  <dcterms:modified xsi:type="dcterms:W3CDTF">2026-08-11T07:40:00Z</dcterms:modified>
  <cp:category/>
</cp:coreProperties>
</file>