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E761" w14:textId="6633F6F5" w:rsidR="00DB0A45" w:rsidRDefault="00000000">
      <w:pPr>
        <w:pStyle w:val="Nagwek1"/>
        <w:rPr>
          <w:color w:val="auto"/>
          <w:lang w:val="pl-PL"/>
        </w:rPr>
      </w:pPr>
      <w:r w:rsidRPr="00DB0A45">
        <w:rPr>
          <w:color w:val="auto"/>
          <w:lang w:val="pl-PL"/>
        </w:rPr>
        <w:t>Załącznik nr 1</w:t>
      </w:r>
    </w:p>
    <w:p w14:paraId="3D9DE27C" w14:textId="68E85E42" w:rsidR="0078689F" w:rsidRDefault="00000000">
      <w:pPr>
        <w:pStyle w:val="Nagwek1"/>
        <w:rPr>
          <w:color w:val="auto"/>
          <w:lang w:val="pl-PL"/>
        </w:rPr>
      </w:pPr>
      <w:r w:rsidRPr="00DB0A45">
        <w:rPr>
          <w:color w:val="auto"/>
          <w:lang w:val="pl-PL"/>
        </w:rPr>
        <w:t>Formularz odstąpienia od umowy</w:t>
      </w:r>
    </w:p>
    <w:p w14:paraId="3368B553" w14:textId="77777777" w:rsidR="00DB0A45" w:rsidRPr="00DB0A45" w:rsidRDefault="00DB0A45" w:rsidP="00DB0A45">
      <w:pPr>
        <w:rPr>
          <w:lang w:val="pl-PL"/>
        </w:rPr>
      </w:pPr>
    </w:p>
    <w:p w14:paraId="72FC45AF" w14:textId="77777777" w:rsidR="001A696F" w:rsidRDefault="00000000" w:rsidP="00DB0A45">
      <w:pPr>
        <w:spacing w:line="360" w:lineRule="auto"/>
        <w:rPr>
          <w:lang w:val="pl-PL"/>
        </w:rPr>
      </w:pPr>
      <w:r w:rsidRPr="00DB0A45">
        <w:rPr>
          <w:lang w:val="pl-PL"/>
        </w:rPr>
        <w:t>Imię i nazwisko:</w:t>
      </w:r>
      <w:r w:rsidR="00DB0A45">
        <w:rPr>
          <w:lang w:val="pl-PL"/>
        </w:rPr>
        <w:t xml:space="preserve"> __________________________________________________</w:t>
      </w:r>
      <w:r w:rsidRPr="00DB0A45">
        <w:rPr>
          <w:lang w:val="pl-PL"/>
        </w:rPr>
        <w:br/>
      </w:r>
      <w:proofErr w:type="gramStart"/>
      <w:r w:rsidRPr="00DB0A45">
        <w:rPr>
          <w:lang w:val="pl-PL"/>
        </w:rPr>
        <w:t>Adres:</w:t>
      </w:r>
      <w:r w:rsidR="00DB0A45">
        <w:rPr>
          <w:lang w:val="pl-PL"/>
        </w:rPr>
        <w:t>_</w:t>
      </w:r>
      <w:proofErr w:type="gramEnd"/>
      <w:r w:rsidR="00DB0A45">
        <w:rPr>
          <w:lang w:val="pl-PL"/>
        </w:rPr>
        <w:t>_____________________________________________________________</w:t>
      </w:r>
      <w:r w:rsidRPr="00DB0A45">
        <w:rPr>
          <w:lang w:val="pl-PL"/>
        </w:rPr>
        <w:br/>
        <w:t>E-mail:</w:t>
      </w:r>
      <w:r w:rsidR="00DB0A45">
        <w:rPr>
          <w:lang w:val="pl-PL"/>
        </w:rPr>
        <w:t xml:space="preserve"> _____________________________________________________________</w:t>
      </w:r>
      <w:r w:rsidRPr="00DB0A45">
        <w:rPr>
          <w:lang w:val="pl-PL"/>
        </w:rPr>
        <w:br/>
        <w:t>Telefon:</w:t>
      </w:r>
      <w:r w:rsidR="00DB0A45">
        <w:rPr>
          <w:lang w:val="pl-PL"/>
        </w:rPr>
        <w:t xml:space="preserve"> ___________________________________________________________</w:t>
      </w:r>
      <w:r w:rsidRPr="00DB0A45">
        <w:rPr>
          <w:lang w:val="pl-PL"/>
        </w:rPr>
        <w:br/>
      </w:r>
      <w:r w:rsidRPr="00DB0A45">
        <w:rPr>
          <w:lang w:val="pl-PL"/>
        </w:rPr>
        <w:br/>
        <w:t>Numer zamówienia:</w:t>
      </w:r>
      <w:r w:rsidR="00DB0A45">
        <w:rPr>
          <w:lang w:val="pl-PL"/>
        </w:rPr>
        <w:t xml:space="preserve"> _____________________________________________</w:t>
      </w:r>
      <w:r w:rsidRPr="00DB0A45">
        <w:rPr>
          <w:lang w:val="pl-PL"/>
        </w:rPr>
        <w:br/>
        <w:t>Data zamówienia:</w:t>
      </w:r>
      <w:r w:rsidR="00DB0A45">
        <w:rPr>
          <w:lang w:val="pl-PL"/>
        </w:rPr>
        <w:t xml:space="preserve"> ________________________________________________</w:t>
      </w:r>
      <w:r w:rsidRPr="00DB0A45">
        <w:rPr>
          <w:lang w:val="pl-PL"/>
        </w:rPr>
        <w:br/>
        <w:t>Data odbioru:</w:t>
      </w:r>
      <w:r w:rsidR="00DB0A45">
        <w:rPr>
          <w:lang w:val="pl-PL"/>
        </w:rPr>
        <w:t xml:space="preserve"> ____________________________________________________</w:t>
      </w:r>
      <w:r w:rsidRPr="00DB0A45">
        <w:rPr>
          <w:lang w:val="pl-PL"/>
        </w:rPr>
        <w:br/>
      </w:r>
    </w:p>
    <w:p w14:paraId="65D93AFF" w14:textId="77777777" w:rsidR="001A696F" w:rsidRPr="00DB0A45" w:rsidRDefault="001A696F" w:rsidP="001A696F">
      <w:pPr>
        <w:rPr>
          <w:b/>
          <w:bCs/>
          <w:lang w:val="pl-PL"/>
        </w:rPr>
      </w:pPr>
      <w:r w:rsidRPr="00DB0A45">
        <w:rPr>
          <w:b/>
          <w:bCs/>
          <w:lang w:val="pl-PL"/>
        </w:rPr>
        <w:t>Oświadczenie</w:t>
      </w:r>
    </w:p>
    <w:p w14:paraId="59B938CE" w14:textId="77777777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Niniejszym informuję o odstąpieniu od umowy sprzedaży następujących produktów:</w:t>
      </w:r>
    </w:p>
    <w:p w14:paraId="31C50D74" w14:textId="7EE97DA9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.....................................................................</w:t>
      </w:r>
      <w:r>
        <w:rPr>
          <w:lang w:val="pl-PL"/>
        </w:rPr>
        <w:t>..........................................................................................................................</w:t>
      </w:r>
    </w:p>
    <w:p w14:paraId="6FA1F414" w14:textId="43F6636A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.....................................................................</w:t>
      </w:r>
      <w:r>
        <w:rPr>
          <w:lang w:val="pl-PL"/>
        </w:rPr>
        <w:t>..........................................................................................................................</w:t>
      </w:r>
    </w:p>
    <w:p w14:paraId="331D9469" w14:textId="060D2BB2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.....................................................................</w:t>
      </w:r>
      <w:r>
        <w:rPr>
          <w:lang w:val="pl-PL"/>
        </w:rPr>
        <w:t>.........................................................................................................................</w:t>
      </w:r>
    </w:p>
    <w:p w14:paraId="10D33E6A" w14:textId="4251EFA1" w:rsidR="001A696F" w:rsidRPr="00DB0A45" w:rsidRDefault="001A696F" w:rsidP="001A696F">
      <w:pPr>
        <w:rPr>
          <w:lang w:val="pl-PL"/>
        </w:rPr>
      </w:pPr>
    </w:p>
    <w:p w14:paraId="130E19D0" w14:textId="77777777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Zwrot płatności proszę przekazać:</w:t>
      </w:r>
    </w:p>
    <w:p w14:paraId="1F0107F9" w14:textId="77777777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□ na rachunek bankowy:</w:t>
      </w:r>
    </w:p>
    <w:p w14:paraId="059B92E8" w14:textId="052559AE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............................................</w:t>
      </w:r>
      <w:r>
        <w:rPr>
          <w:lang w:val="pl-PL"/>
        </w:rPr>
        <w:t>...................................................................................................................................................</w:t>
      </w:r>
    </w:p>
    <w:p w14:paraId="3C5F91A4" w14:textId="77777777" w:rsidR="001A696F" w:rsidRPr="00DB0A45" w:rsidRDefault="001A696F" w:rsidP="001A696F">
      <w:pPr>
        <w:rPr>
          <w:lang w:val="pl-PL"/>
        </w:rPr>
      </w:pPr>
      <w:r w:rsidRPr="00DB0A45">
        <w:rPr>
          <w:lang w:val="pl-PL"/>
        </w:rPr>
        <w:t>□ przy użyciu tej samej metody płatności, którą wykorzystano podczas zakupu.</w:t>
      </w:r>
    </w:p>
    <w:p w14:paraId="3FBCE95F" w14:textId="3A67CF80" w:rsidR="001A696F" w:rsidRDefault="00000000" w:rsidP="00DB0A45">
      <w:pPr>
        <w:spacing w:line="360" w:lineRule="auto"/>
        <w:rPr>
          <w:lang w:val="pl-PL"/>
        </w:rPr>
      </w:pPr>
      <w:r w:rsidRPr="00DB0A45">
        <w:rPr>
          <w:lang w:val="pl-PL"/>
        </w:rPr>
        <w:br/>
      </w:r>
      <w:proofErr w:type="gramStart"/>
      <w:r w:rsidRPr="00DB0A45">
        <w:rPr>
          <w:lang w:val="pl-PL"/>
        </w:rPr>
        <w:t>Data:</w:t>
      </w:r>
      <w:r w:rsidR="00DB0A45">
        <w:rPr>
          <w:lang w:val="pl-PL"/>
        </w:rPr>
        <w:t>_</w:t>
      </w:r>
      <w:proofErr w:type="gramEnd"/>
      <w:r w:rsidR="00DB0A45">
        <w:rPr>
          <w:lang w:val="pl-PL"/>
        </w:rPr>
        <w:t>__________________________________</w:t>
      </w:r>
      <w:r w:rsidR="001A696F">
        <w:rPr>
          <w:lang w:val="pl-PL"/>
        </w:rPr>
        <w:t>_</w:t>
      </w:r>
    </w:p>
    <w:p w14:paraId="19F69DD1" w14:textId="3B90400F" w:rsidR="005F47F8" w:rsidRPr="001A696F" w:rsidRDefault="00000000" w:rsidP="001A696F">
      <w:pPr>
        <w:spacing w:line="360" w:lineRule="auto"/>
        <w:rPr>
          <w:lang w:val="pl-PL"/>
        </w:rPr>
      </w:pPr>
      <w:r w:rsidRPr="00DB0A45">
        <w:rPr>
          <w:lang w:val="pl-PL"/>
        </w:rPr>
        <w:br/>
      </w:r>
      <w:proofErr w:type="gramStart"/>
      <w:r w:rsidRPr="00DB0A45">
        <w:rPr>
          <w:lang w:val="pl-PL"/>
        </w:rPr>
        <w:t>Podpis:</w:t>
      </w:r>
      <w:r w:rsidR="00DB0A45">
        <w:rPr>
          <w:lang w:val="pl-PL"/>
        </w:rPr>
        <w:t>_</w:t>
      </w:r>
      <w:proofErr w:type="gramEnd"/>
      <w:r w:rsidR="00DB0A45">
        <w:rPr>
          <w:lang w:val="pl-PL"/>
        </w:rPr>
        <w:t>_________________________________</w:t>
      </w:r>
    </w:p>
    <w:sectPr w:rsidR="005F47F8" w:rsidRPr="001A696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083094">
    <w:abstractNumId w:val="8"/>
  </w:num>
  <w:num w:numId="2" w16cid:durableId="605581432">
    <w:abstractNumId w:val="6"/>
  </w:num>
  <w:num w:numId="3" w16cid:durableId="1790198136">
    <w:abstractNumId w:val="5"/>
  </w:num>
  <w:num w:numId="4" w16cid:durableId="157811095">
    <w:abstractNumId w:val="4"/>
  </w:num>
  <w:num w:numId="5" w16cid:durableId="1153260285">
    <w:abstractNumId w:val="7"/>
  </w:num>
  <w:num w:numId="6" w16cid:durableId="1563521171">
    <w:abstractNumId w:val="3"/>
  </w:num>
  <w:num w:numId="7" w16cid:durableId="1776826329">
    <w:abstractNumId w:val="2"/>
  </w:num>
  <w:num w:numId="8" w16cid:durableId="1334994421">
    <w:abstractNumId w:val="1"/>
  </w:num>
  <w:num w:numId="9" w16cid:durableId="166936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96F"/>
    <w:rsid w:val="0022339C"/>
    <w:rsid w:val="0029639D"/>
    <w:rsid w:val="00326F90"/>
    <w:rsid w:val="005F47F8"/>
    <w:rsid w:val="0078689F"/>
    <w:rsid w:val="00AA1D8D"/>
    <w:rsid w:val="00B47730"/>
    <w:rsid w:val="00CB0664"/>
    <w:rsid w:val="00DB0A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160BF"/>
  <w14:defaultImageDpi w14:val="300"/>
  <w15:docId w15:val="{79FFB3B7-B136-4045-88E3-5AA07F36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Ewa Kuna</cp:lastModifiedBy>
  <cp:revision>2</cp:revision>
  <dcterms:created xsi:type="dcterms:W3CDTF">2026-08-10T10:04:00Z</dcterms:created>
  <dcterms:modified xsi:type="dcterms:W3CDTF">2026-08-10T10:04:00Z</dcterms:modified>
  <cp:category/>
</cp:coreProperties>
</file>